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40"/>
          <w:szCs w:val="40"/>
        </w:rPr>
      </w:pPr>
      <w:r>
        <w:drawing>
          <wp:anchor distT="0" distB="0" distL="0" distR="0" simplePos="0" relativeHeight="2" behindDoc="0" locked="0" layoutInCell="0" allowOverlap="1">
            <wp:simplePos x="0" y="0"/>
            <wp:positionH relativeFrom="margin">
              <wp:posOffset>-390525</wp:posOffset>
            </wp:positionH>
            <wp:positionV relativeFrom="paragraph">
              <wp:posOffset>-504825</wp:posOffset>
            </wp:positionV>
            <wp:extent cx="660400" cy="6013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tretch>
                      <a:fillRect/>
                    </a:stretch>
                  </pic:blipFill>
                  <pic:spPr bwMode="auto">
                    <a:xfrm>
                      <a:off x="0" y="0"/>
                      <a:ext cx="660400" cy="601345"/>
                    </a:xfrm>
                    <a:prstGeom prst="rect">
                      <a:avLst/>
                    </a:prstGeom>
                    <a:noFill/>
                  </pic:spPr>
                </pic:pic>
              </a:graphicData>
            </a:graphic>
          </wp:anchor>
        </w:drawing>
      </w:r>
      <w:r>
        <w:rPr>
          <w:rFonts w:cs="Calibri" w:ascii="Calibri" w:hAnsi="Calibri" w:asciiTheme="majorHAnsi" w:cstheme="majorHAnsi" w:hAnsiTheme="majorHAnsi"/>
          <w:b/>
          <w:color w:val="4F6172"/>
          <w:sz w:val="40"/>
          <w:szCs w:val="40"/>
        </w:rPr>
        <w:t>Banns of Marriage Application</w:t>
      </w:r>
    </w:p>
    <w:p>
      <w:pPr>
        <w:pStyle w:val="Normal"/>
        <w:jc w:val="center"/>
        <w:rPr>
          <w:rFonts w:ascii="Calibri" w:hAnsi="Calibri" w:cs="Calibri" w:asciiTheme="majorHAnsi" w:cstheme="majorHAnsi" w:hAnsiTheme="majorHAnsi"/>
          <w:i/>
          <w:iCs/>
          <w:sz w:val="18"/>
          <w:szCs w:val="20"/>
        </w:rPr>
      </w:pPr>
      <w:r>
        <w:rPr>
          <w:rFonts w:cs="Calibri" w:ascii="Calibri" w:hAnsi="Calibri" w:asciiTheme="majorHAnsi" w:cstheme="majorHAnsi" w:hAnsiTheme="majorHAnsi"/>
          <w:i/>
          <w:iCs/>
          <w:sz w:val="18"/>
          <w:szCs w:val="20"/>
        </w:rPr>
        <w:t>PLEASE NOTE: Complete this form for the parish church where you live if you are getting married somewhere else. Please refer to the notes at the end of this form to help you complete it.</w:t>
      </w:r>
    </w:p>
    <w:tbl>
      <w:tblPr>
        <w:tblStyle w:val="TableGrid"/>
        <w:tblW w:w="9961" w:type="dxa"/>
        <w:jc w:val="start"/>
        <w:tblInd w:w="-601" w:type="dxa"/>
        <w:tblLayout w:type="fixed"/>
        <w:tblCellMar>
          <w:top w:w="0" w:type="dxa"/>
          <w:start w:w="108" w:type="dxa"/>
          <w:bottom w:w="0" w:type="dxa"/>
          <w:end w:w="108" w:type="dxa"/>
        </w:tblCellMar>
        <w:tblLook w:val="04a0" w:firstRow="1" w:noVBand="1" w:lastRow="0" w:firstColumn="1" w:lastColumn="0" w:noHBand="0"/>
      </w:tblPr>
      <w:tblGrid>
        <w:gridCol w:w="3735"/>
        <w:gridCol w:w="3058"/>
        <w:gridCol w:w="3168"/>
      </w:tblGrid>
      <w:tr>
        <w:trPr/>
        <w:tc>
          <w:tcPr>
            <w:tcW w:w="3735" w:type="dxa"/>
            <w:tcBorders/>
          </w:tcPr>
          <w:p>
            <w:pPr>
              <w:pStyle w:val="Normal"/>
              <w:widowControl/>
              <w:suppressAutoHyphens w:val="true"/>
              <w:spacing w:lineRule="auto" w:line="240" w:before="0" w:after="0"/>
              <w:jc w:val="start"/>
              <w:rPr>
                <w:rFonts w:ascii="Calibri" w:hAnsi="Calibri" w:cs="Calibri" w:asciiTheme="majorHAnsi" w:cstheme="majorHAnsi" w:hAnsiTheme="majorHAnsi"/>
              </w:rPr>
            </w:pPr>
            <w:r>
              <w:rPr>
                <w:rFonts w:cs="Calibri" w:cstheme="majorHAnsi" w:ascii="Calibri" w:hAnsi="Calibri"/>
              </w:rPr>
            </w:r>
          </w:p>
        </w:tc>
        <w:tc>
          <w:tcPr>
            <w:tcW w:w="3058" w:type="dxa"/>
            <w:tcBorders/>
          </w:tcPr>
          <w:p>
            <w:pPr>
              <w:pStyle w:val="Normal"/>
              <w:widowControl/>
              <w:suppressAutoHyphens w:val="true"/>
              <w:spacing w:lineRule="auto" w:line="240" w:before="0" w:after="0"/>
              <w:jc w:val="center"/>
              <w:rPr>
                <w:rFonts w:ascii="Calibri" w:hAnsi="Calibri" w:cs="Calibri" w:asciiTheme="majorHAnsi" w:cstheme="majorHAnsi" w:hAnsiTheme="majorHAnsi"/>
              </w:rPr>
            </w:pPr>
            <w:r>
              <w:rPr>
                <w:rFonts w:eastAsia="ＭＳ 明朝" w:cs="Calibri" w:ascii="Calibri" w:hAnsi="Calibri" w:asciiTheme="majorHAnsi" w:cstheme="majorHAnsi" w:hAnsiTheme="majorHAnsi"/>
                <w:b/>
                <w:kern w:val="0"/>
                <w:szCs w:val="22"/>
                <w:lang w:val="en-US" w:eastAsia="en-US" w:bidi="ar-SA"/>
              </w:rPr>
              <w:t>Groom's Details</w:t>
            </w:r>
          </w:p>
        </w:tc>
        <w:tc>
          <w:tcPr>
            <w:tcW w:w="3168" w:type="dxa"/>
            <w:tcBorders/>
          </w:tcPr>
          <w:p>
            <w:pPr>
              <w:pStyle w:val="Normal"/>
              <w:widowControl/>
              <w:suppressAutoHyphens w:val="true"/>
              <w:spacing w:lineRule="auto" w:line="240" w:before="0" w:after="0"/>
              <w:jc w:val="center"/>
              <w:rPr>
                <w:rFonts w:ascii="Calibri" w:hAnsi="Calibri" w:cs="Calibri" w:asciiTheme="majorHAnsi" w:cstheme="majorHAnsi" w:hAnsiTheme="majorHAnsi"/>
              </w:rPr>
            </w:pPr>
            <w:r>
              <w:rPr>
                <w:rFonts w:eastAsia="ＭＳ 明朝" w:cs="Calibri" w:ascii="Calibri" w:hAnsi="Calibri" w:asciiTheme="majorHAnsi" w:cstheme="majorHAnsi" w:hAnsiTheme="majorHAnsi"/>
                <w:b/>
                <w:kern w:val="0"/>
                <w:szCs w:val="22"/>
                <w:lang w:val="en-US" w:eastAsia="en-US" w:bidi="ar-SA"/>
              </w:rPr>
              <w:t>Bride's Details</w:t>
            </w:r>
          </w:p>
        </w:tc>
      </w:tr>
      <w:tr>
        <w:trPr/>
        <w:tc>
          <w:tcPr>
            <w:tcW w:w="3735"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Full Name</w:t>
            </w:r>
          </w:p>
        </w:tc>
        <w:tc>
          <w:tcPr>
            <w:tcW w:w="3058"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cs="Calibri" w:cstheme="majorHAnsi" w:ascii="Calibri" w:hAnsi="Calibri"/>
              </w:rPr>
            </w:r>
          </w:p>
        </w:tc>
        <w:tc>
          <w:tcPr>
            <w:tcW w:w="3168"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cs="Calibri" w:cstheme="majorHAnsi" w:ascii="Calibri" w:hAnsi="Calibri"/>
              </w:rPr>
            </w:r>
          </w:p>
        </w:tc>
      </w:tr>
      <w:tr>
        <w:trPr/>
        <w:tc>
          <w:tcPr>
            <w:tcW w:w="3735"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Date of Birth</w:t>
            </w:r>
          </w:p>
        </w:tc>
        <w:tc>
          <w:tcPr>
            <w:tcW w:w="3058"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cs="Calibri" w:cstheme="majorHAnsi" w:ascii="Calibri" w:hAnsi="Calibri"/>
              </w:rPr>
            </w:r>
          </w:p>
        </w:tc>
        <w:tc>
          <w:tcPr>
            <w:tcW w:w="3168"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cs="Calibri" w:cstheme="majorHAnsi" w:ascii="Calibri" w:hAnsi="Calibri"/>
              </w:rPr>
            </w:r>
          </w:p>
        </w:tc>
      </w:tr>
      <w:tr>
        <w:trPr/>
        <w:tc>
          <w:tcPr>
            <w:tcW w:w="3735"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Current Address</w:t>
              <w:br/>
            </w:r>
          </w:p>
        </w:tc>
        <w:tc>
          <w:tcPr>
            <w:tcW w:w="3058"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cs="Calibri" w:cstheme="majorHAnsi" w:ascii="Calibri" w:hAnsi="Calibri"/>
              </w:rPr>
            </w:r>
          </w:p>
        </w:tc>
        <w:tc>
          <w:tcPr>
            <w:tcW w:w="3168"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cs="Calibri" w:cstheme="majorHAnsi" w:ascii="Calibri" w:hAnsi="Calibri"/>
              </w:rPr>
            </w:r>
          </w:p>
        </w:tc>
      </w:tr>
      <w:tr>
        <w:trPr/>
        <w:tc>
          <w:tcPr>
            <w:tcW w:w="3735"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Email Address</w:t>
            </w:r>
          </w:p>
        </w:tc>
        <w:tc>
          <w:tcPr>
            <w:tcW w:w="3058"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cs="Calibri" w:cstheme="majorHAnsi" w:ascii="Calibri" w:hAnsi="Calibri"/>
              </w:rPr>
            </w:r>
          </w:p>
        </w:tc>
        <w:tc>
          <w:tcPr>
            <w:tcW w:w="3168"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cs="Calibri" w:cstheme="majorHAnsi" w:ascii="Calibri" w:hAnsi="Calibri"/>
              </w:rPr>
            </w:r>
          </w:p>
        </w:tc>
      </w:tr>
      <w:tr>
        <w:trPr/>
        <w:tc>
          <w:tcPr>
            <w:tcW w:w="3735"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Telephone Number</w:t>
            </w:r>
          </w:p>
        </w:tc>
        <w:tc>
          <w:tcPr>
            <w:tcW w:w="3058"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cs="Calibri" w:cstheme="majorHAnsi" w:ascii="Calibri" w:hAnsi="Calibri"/>
              </w:rPr>
            </w:r>
          </w:p>
        </w:tc>
        <w:tc>
          <w:tcPr>
            <w:tcW w:w="3168"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cs="Calibri" w:cstheme="majorHAnsi" w:ascii="Calibri" w:hAnsi="Calibri"/>
              </w:rPr>
            </w:r>
          </w:p>
        </w:tc>
      </w:tr>
      <w:tr>
        <w:trPr/>
        <w:tc>
          <w:tcPr>
            <w:tcW w:w="3735"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Which parish do you live in?</w:t>
            </w:r>
          </w:p>
        </w:tc>
        <w:tc>
          <w:tcPr>
            <w:tcW w:w="3058"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cs="Calibri" w:cstheme="majorHAnsi" w:ascii="Calibri" w:hAnsi="Calibri"/>
              </w:rPr>
            </w:r>
          </w:p>
        </w:tc>
        <w:tc>
          <w:tcPr>
            <w:tcW w:w="3168"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cs="Calibri" w:cstheme="majorHAnsi" w:ascii="Calibri" w:hAnsi="Calibri"/>
              </w:rPr>
            </w:r>
          </w:p>
        </w:tc>
      </w:tr>
      <w:tr>
        <w:trPr/>
        <w:tc>
          <w:tcPr>
            <w:tcW w:w="3735"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Have you been married before?</w:t>
            </w:r>
          </w:p>
        </w:tc>
        <w:tc>
          <w:tcPr>
            <w:tcW w:w="3058" w:type="dxa"/>
            <w:tcBorders/>
          </w:tcPr>
          <w:p>
            <w:pPr>
              <w:pStyle w:val="Normal"/>
              <w:widowControl/>
              <w:suppressAutoHyphens w:val="true"/>
              <w:spacing w:lineRule="auto" w:line="360" w:before="0" w:after="0"/>
              <w:jc w:val="start"/>
              <w:rPr>
                <w:rFonts w:ascii="Calibri" w:hAnsi="Calibri" w:cs="Calibri" w:asciiTheme="majorHAnsi" w:cstheme="majorHAnsi" w:hAnsiTheme="majorHAnsi"/>
                <w:color w:themeColor="background1" w:themeShade="80" w:val="808080"/>
              </w:rPr>
            </w:pPr>
            <w:r>
              <w:rPr>
                <w:rFonts w:eastAsia="ＭＳ 明朝" w:cs="Calibri" w:ascii="Calibri" w:hAnsi="Calibri" w:asciiTheme="majorHAnsi" w:cstheme="majorHAnsi" w:hAnsiTheme="majorHAnsi"/>
                <w:color w:themeColor="background1" w:themeShade="80" w:val="808080"/>
                <w:kern w:val="0"/>
                <w:szCs w:val="22"/>
                <w:lang w:val="en-US" w:eastAsia="en-US" w:bidi="ar-SA"/>
              </w:rPr>
              <w:t>Yes / No</w:t>
            </w:r>
          </w:p>
        </w:tc>
        <w:tc>
          <w:tcPr>
            <w:tcW w:w="3168" w:type="dxa"/>
            <w:tcBorders/>
          </w:tcPr>
          <w:p>
            <w:pPr>
              <w:pStyle w:val="Normal"/>
              <w:widowControl/>
              <w:suppressAutoHyphens w:val="true"/>
              <w:spacing w:lineRule="auto" w:line="360" w:before="0" w:after="0"/>
              <w:jc w:val="start"/>
              <w:rPr>
                <w:rFonts w:ascii="Calibri" w:hAnsi="Calibri" w:cs="Calibri" w:asciiTheme="majorHAnsi" w:cstheme="majorHAnsi" w:hAnsiTheme="majorHAnsi"/>
                <w:color w:themeColor="background1" w:themeShade="80" w:val="808080"/>
              </w:rPr>
            </w:pPr>
            <w:r>
              <w:rPr>
                <w:rFonts w:eastAsia="ＭＳ 明朝" w:cs="Calibri" w:ascii="Calibri" w:hAnsi="Calibri" w:asciiTheme="majorHAnsi" w:cstheme="majorHAnsi" w:hAnsiTheme="majorHAnsi"/>
                <w:color w:themeColor="background1" w:themeShade="80" w:val="808080"/>
                <w:kern w:val="0"/>
                <w:szCs w:val="22"/>
                <w:lang w:val="en-US" w:eastAsia="en-US" w:bidi="ar-SA"/>
              </w:rPr>
              <w:t>Yes / No</w:t>
            </w:r>
          </w:p>
        </w:tc>
      </w:tr>
      <w:tr>
        <w:trPr/>
        <w:tc>
          <w:tcPr>
            <w:tcW w:w="3735"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If Yes, is your previous partner still living?</w:t>
            </w:r>
          </w:p>
        </w:tc>
        <w:tc>
          <w:tcPr>
            <w:tcW w:w="3058" w:type="dxa"/>
            <w:tcBorders/>
          </w:tcPr>
          <w:p>
            <w:pPr>
              <w:pStyle w:val="Normal"/>
              <w:widowControl/>
              <w:suppressAutoHyphens w:val="true"/>
              <w:spacing w:lineRule="auto" w:line="360" w:before="0" w:after="0"/>
              <w:jc w:val="start"/>
              <w:rPr>
                <w:rFonts w:ascii="Calibri" w:hAnsi="Calibri" w:cs="Calibri" w:asciiTheme="majorHAnsi" w:cstheme="majorHAnsi" w:hAnsiTheme="majorHAnsi"/>
                <w:color w:themeColor="background1" w:themeShade="80" w:val="808080"/>
              </w:rPr>
            </w:pPr>
            <w:r>
              <w:rPr>
                <w:rFonts w:eastAsia="ＭＳ 明朝" w:cs="Calibri" w:ascii="Calibri" w:hAnsi="Calibri" w:asciiTheme="majorHAnsi" w:cstheme="majorHAnsi" w:hAnsiTheme="majorHAnsi"/>
                <w:color w:themeColor="background1" w:themeShade="80" w:val="808080"/>
                <w:kern w:val="0"/>
                <w:szCs w:val="22"/>
                <w:lang w:val="en-US" w:eastAsia="en-US" w:bidi="ar-SA"/>
              </w:rPr>
              <w:t>Yes / No</w:t>
            </w:r>
          </w:p>
        </w:tc>
        <w:tc>
          <w:tcPr>
            <w:tcW w:w="3168" w:type="dxa"/>
            <w:tcBorders/>
          </w:tcPr>
          <w:p>
            <w:pPr>
              <w:pStyle w:val="Normal"/>
              <w:widowControl/>
              <w:suppressAutoHyphens w:val="true"/>
              <w:spacing w:lineRule="auto" w:line="360" w:before="0" w:after="0"/>
              <w:jc w:val="start"/>
              <w:rPr>
                <w:rFonts w:ascii="Calibri" w:hAnsi="Calibri" w:cs="Calibri" w:asciiTheme="majorHAnsi" w:cstheme="majorHAnsi" w:hAnsiTheme="majorHAnsi"/>
                <w:color w:themeColor="background1" w:themeShade="80" w:val="808080"/>
              </w:rPr>
            </w:pPr>
            <w:r>
              <w:rPr>
                <w:rFonts w:eastAsia="ＭＳ 明朝" w:cs="Calibri" w:ascii="Calibri" w:hAnsi="Calibri" w:asciiTheme="majorHAnsi" w:cstheme="majorHAnsi" w:hAnsiTheme="majorHAnsi"/>
                <w:color w:themeColor="background1" w:themeShade="80" w:val="808080"/>
                <w:kern w:val="0"/>
                <w:szCs w:val="22"/>
                <w:lang w:val="en-US" w:eastAsia="en-US" w:bidi="ar-SA"/>
              </w:rPr>
              <w:t>Yes / No</w:t>
            </w:r>
          </w:p>
        </w:tc>
      </w:tr>
      <w:tr>
        <w:trPr/>
        <w:tc>
          <w:tcPr>
            <w:tcW w:w="3735"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Have you ever been in a civil partnership?</w:t>
            </w:r>
          </w:p>
        </w:tc>
        <w:tc>
          <w:tcPr>
            <w:tcW w:w="3058" w:type="dxa"/>
            <w:tcBorders/>
          </w:tcPr>
          <w:p>
            <w:pPr>
              <w:pStyle w:val="Normal"/>
              <w:widowControl/>
              <w:suppressAutoHyphens w:val="true"/>
              <w:spacing w:lineRule="auto" w:line="360" w:before="0" w:after="0"/>
              <w:jc w:val="start"/>
              <w:rPr>
                <w:rFonts w:ascii="Calibri" w:hAnsi="Calibri" w:cs="Calibri" w:asciiTheme="majorHAnsi" w:cstheme="majorHAnsi" w:hAnsiTheme="majorHAnsi"/>
                <w:color w:themeColor="background1" w:themeShade="80" w:val="808080"/>
              </w:rPr>
            </w:pPr>
            <w:r>
              <w:rPr>
                <w:rFonts w:eastAsia="ＭＳ 明朝" w:cs="Calibri" w:ascii="Calibri" w:hAnsi="Calibri" w:asciiTheme="majorHAnsi" w:cstheme="majorHAnsi" w:hAnsiTheme="majorHAnsi"/>
                <w:color w:themeColor="background1" w:themeShade="80" w:val="808080"/>
                <w:kern w:val="0"/>
                <w:szCs w:val="22"/>
                <w:lang w:val="en-US" w:eastAsia="en-US" w:bidi="ar-SA"/>
              </w:rPr>
              <w:t>Yes / No</w:t>
            </w:r>
          </w:p>
        </w:tc>
        <w:tc>
          <w:tcPr>
            <w:tcW w:w="3168" w:type="dxa"/>
            <w:tcBorders/>
          </w:tcPr>
          <w:p>
            <w:pPr>
              <w:pStyle w:val="Normal"/>
              <w:widowControl/>
              <w:suppressAutoHyphens w:val="true"/>
              <w:spacing w:lineRule="auto" w:line="360" w:before="0" w:after="0"/>
              <w:jc w:val="start"/>
              <w:rPr>
                <w:rFonts w:ascii="Calibri" w:hAnsi="Calibri" w:cs="Calibri" w:asciiTheme="majorHAnsi" w:cstheme="majorHAnsi" w:hAnsiTheme="majorHAnsi"/>
                <w:color w:themeColor="background1" w:themeShade="80" w:val="808080"/>
              </w:rPr>
            </w:pPr>
            <w:r>
              <w:rPr>
                <w:rFonts w:eastAsia="ＭＳ 明朝" w:cs="Calibri" w:ascii="Calibri" w:hAnsi="Calibri" w:asciiTheme="majorHAnsi" w:cstheme="majorHAnsi" w:hAnsiTheme="majorHAnsi"/>
                <w:color w:themeColor="background1" w:themeShade="80" w:val="808080"/>
                <w:kern w:val="0"/>
                <w:szCs w:val="22"/>
                <w:lang w:val="en-US" w:eastAsia="en-US" w:bidi="ar-SA"/>
              </w:rPr>
              <w:t>Yes / No</w:t>
            </w:r>
          </w:p>
        </w:tc>
      </w:tr>
      <w:tr>
        <w:trPr/>
        <w:tc>
          <w:tcPr>
            <w:tcW w:w="3735"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Are you a foreign national?</w:t>
            </w:r>
          </w:p>
        </w:tc>
        <w:tc>
          <w:tcPr>
            <w:tcW w:w="3058" w:type="dxa"/>
            <w:tcBorders/>
          </w:tcPr>
          <w:p>
            <w:pPr>
              <w:pStyle w:val="Normal"/>
              <w:widowControl/>
              <w:suppressAutoHyphens w:val="true"/>
              <w:spacing w:lineRule="auto" w:line="360" w:before="0" w:after="0"/>
              <w:jc w:val="start"/>
              <w:rPr>
                <w:rFonts w:ascii="Calibri" w:hAnsi="Calibri" w:cs="Calibri" w:asciiTheme="majorHAnsi" w:cstheme="majorHAnsi" w:hAnsiTheme="majorHAnsi"/>
                <w:color w:themeColor="background1" w:themeShade="80" w:val="808080"/>
              </w:rPr>
            </w:pPr>
            <w:r>
              <w:rPr>
                <w:rFonts w:eastAsia="ＭＳ 明朝" w:cs="Calibri" w:ascii="Calibri" w:hAnsi="Calibri" w:asciiTheme="majorHAnsi" w:cstheme="majorHAnsi" w:hAnsiTheme="majorHAnsi"/>
                <w:color w:themeColor="background1" w:themeShade="80" w:val="808080"/>
                <w:kern w:val="0"/>
                <w:szCs w:val="22"/>
                <w:lang w:val="en-US" w:eastAsia="en-US" w:bidi="ar-SA"/>
              </w:rPr>
              <w:t>Yes / No</w:t>
            </w:r>
          </w:p>
        </w:tc>
        <w:tc>
          <w:tcPr>
            <w:tcW w:w="3168" w:type="dxa"/>
            <w:tcBorders/>
          </w:tcPr>
          <w:p>
            <w:pPr>
              <w:pStyle w:val="Normal"/>
              <w:widowControl/>
              <w:suppressAutoHyphens w:val="true"/>
              <w:spacing w:lineRule="auto" w:line="360" w:before="0" w:after="0"/>
              <w:jc w:val="start"/>
              <w:rPr>
                <w:rFonts w:ascii="Calibri" w:hAnsi="Calibri" w:cs="Calibri" w:asciiTheme="majorHAnsi" w:cstheme="majorHAnsi" w:hAnsiTheme="majorHAnsi"/>
                <w:color w:themeColor="background1" w:themeShade="80" w:val="808080"/>
              </w:rPr>
            </w:pPr>
            <w:r>
              <w:rPr>
                <w:rFonts w:eastAsia="ＭＳ 明朝" w:cs="Calibri" w:ascii="Calibri" w:hAnsi="Calibri" w:asciiTheme="majorHAnsi" w:cstheme="majorHAnsi" w:hAnsiTheme="majorHAnsi"/>
                <w:color w:themeColor="background1" w:themeShade="80" w:val="808080"/>
                <w:kern w:val="0"/>
                <w:szCs w:val="22"/>
                <w:lang w:val="en-US" w:eastAsia="en-US" w:bidi="ar-SA"/>
              </w:rPr>
              <w:t>Yes / No</w:t>
            </w:r>
          </w:p>
        </w:tc>
      </w:tr>
      <w:tr>
        <w:trPr/>
        <w:tc>
          <w:tcPr>
            <w:tcW w:w="3735"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Do you have British Citizenship?</w:t>
            </w:r>
          </w:p>
        </w:tc>
        <w:tc>
          <w:tcPr>
            <w:tcW w:w="3058" w:type="dxa"/>
            <w:tcBorders/>
          </w:tcPr>
          <w:p>
            <w:pPr>
              <w:pStyle w:val="Normal"/>
              <w:widowControl/>
              <w:suppressAutoHyphens w:val="true"/>
              <w:spacing w:lineRule="auto" w:line="360" w:before="0" w:after="0"/>
              <w:jc w:val="start"/>
              <w:rPr>
                <w:rFonts w:ascii="Calibri" w:hAnsi="Calibri" w:cs="Calibri" w:asciiTheme="majorHAnsi" w:cstheme="majorHAnsi" w:hAnsiTheme="majorHAnsi"/>
                <w:color w:themeColor="background1" w:themeShade="80" w:val="808080"/>
              </w:rPr>
            </w:pPr>
            <w:r>
              <w:rPr>
                <w:rFonts w:eastAsia="ＭＳ 明朝" w:cs="Calibri" w:ascii="Calibri" w:hAnsi="Calibri" w:asciiTheme="majorHAnsi" w:cstheme="majorHAnsi" w:hAnsiTheme="majorHAnsi"/>
                <w:color w:themeColor="background1" w:themeShade="80" w:val="808080"/>
                <w:kern w:val="0"/>
                <w:szCs w:val="22"/>
                <w:lang w:val="en-US" w:eastAsia="en-US" w:bidi="ar-SA"/>
              </w:rPr>
              <w:t>Yes / No</w:t>
            </w:r>
          </w:p>
        </w:tc>
        <w:tc>
          <w:tcPr>
            <w:tcW w:w="3168" w:type="dxa"/>
            <w:tcBorders/>
          </w:tcPr>
          <w:p>
            <w:pPr>
              <w:pStyle w:val="Normal"/>
              <w:widowControl/>
              <w:suppressAutoHyphens w:val="true"/>
              <w:spacing w:lineRule="auto" w:line="360" w:before="0" w:after="0"/>
              <w:jc w:val="start"/>
              <w:rPr>
                <w:rFonts w:ascii="Calibri" w:hAnsi="Calibri" w:cs="Calibri" w:asciiTheme="majorHAnsi" w:cstheme="majorHAnsi" w:hAnsiTheme="majorHAnsi"/>
                <w:color w:themeColor="background1" w:themeShade="80" w:val="808080"/>
              </w:rPr>
            </w:pPr>
            <w:r>
              <w:rPr>
                <w:rFonts w:eastAsia="ＭＳ 明朝" w:cs="Calibri" w:ascii="Calibri" w:hAnsi="Calibri" w:asciiTheme="majorHAnsi" w:cstheme="majorHAnsi" w:hAnsiTheme="majorHAnsi"/>
                <w:color w:themeColor="background1" w:themeShade="80" w:val="808080"/>
                <w:kern w:val="0"/>
                <w:szCs w:val="22"/>
                <w:lang w:val="en-US" w:eastAsia="en-US" w:bidi="ar-SA"/>
              </w:rPr>
              <w:t>Yes / No</w:t>
            </w:r>
          </w:p>
        </w:tc>
      </w:tr>
      <w:tr>
        <w:trPr/>
        <w:tc>
          <w:tcPr>
            <w:tcW w:w="3735"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 xml:space="preserve">Future Address </w:t>
            </w:r>
            <w:r>
              <w:rPr>
                <w:rFonts w:eastAsia="ＭＳ 明朝" w:cs="Calibri" w:ascii="Calibri" w:hAnsi="Calibri" w:asciiTheme="majorHAnsi" w:cstheme="majorHAnsi" w:hAnsiTheme="majorHAnsi"/>
                <w:i/>
                <w:iCs/>
                <w:kern w:val="0"/>
                <w:sz w:val="18"/>
                <w:szCs w:val="20"/>
                <w:lang w:val="en-US" w:eastAsia="en-US" w:bidi="ar-SA"/>
              </w:rPr>
              <w:t>(if different from above)</w:t>
            </w:r>
          </w:p>
        </w:tc>
        <w:tc>
          <w:tcPr>
            <w:tcW w:w="3058" w:type="dxa"/>
            <w:tcBorders/>
          </w:tcPr>
          <w:p>
            <w:pPr>
              <w:pStyle w:val="Normal"/>
              <w:widowControl/>
              <w:suppressAutoHyphens w:val="true"/>
              <w:spacing w:lineRule="auto" w:line="360" w:before="0" w:after="0"/>
              <w:jc w:val="start"/>
              <w:rPr>
                <w:rFonts w:ascii="Calibri" w:hAnsi="Calibri" w:cs="Calibri" w:asciiTheme="majorHAnsi" w:cstheme="majorHAnsi" w:hAnsiTheme="majorHAnsi"/>
                <w:color w:themeColor="background1" w:themeShade="80" w:val="808080"/>
              </w:rPr>
            </w:pPr>
            <w:r>
              <w:rPr>
                <w:rFonts w:cs="Calibri" w:cstheme="majorHAnsi" w:ascii="Calibri" w:hAnsi="Calibri"/>
                <w:color w:themeColor="background1" w:themeShade="80" w:val="808080"/>
              </w:rPr>
            </w:r>
          </w:p>
        </w:tc>
        <w:tc>
          <w:tcPr>
            <w:tcW w:w="3168" w:type="dxa"/>
            <w:tcBorders/>
          </w:tcPr>
          <w:p>
            <w:pPr>
              <w:pStyle w:val="Normal"/>
              <w:widowControl/>
              <w:suppressAutoHyphens w:val="true"/>
              <w:spacing w:lineRule="auto" w:line="360" w:before="0" w:after="0"/>
              <w:jc w:val="start"/>
              <w:rPr>
                <w:rFonts w:ascii="Calibri" w:hAnsi="Calibri" w:cs="Calibri" w:asciiTheme="majorHAnsi" w:cstheme="majorHAnsi" w:hAnsiTheme="majorHAnsi"/>
                <w:color w:themeColor="background1" w:themeShade="80" w:val="808080"/>
              </w:rPr>
            </w:pPr>
            <w:r>
              <w:rPr>
                <w:rFonts w:cs="Calibri" w:cstheme="majorHAnsi" w:ascii="Calibri" w:hAnsi="Calibri"/>
                <w:color w:themeColor="background1" w:themeShade="80" w:val="808080"/>
              </w:rPr>
            </w:r>
          </w:p>
        </w:tc>
      </w:tr>
    </w:tbl>
    <w:p>
      <w:pPr>
        <w:pStyle w:val="Normal"/>
        <w:rPr>
          <w:rFonts w:ascii="Calibri" w:hAnsi="Calibri" w:cs="Calibri" w:asciiTheme="majorHAnsi" w:cstheme="majorHAnsi" w:hAnsiTheme="majorHAnsi"/>
        </w:rPr>
      </w:pPr>
      <w:r>
        <w:rPr>
          <w:rFonts w:cs="Calibri" w:cstheme="majorHAnsi" w:ascii="Calibri" w:hAnsi="Calibri"/>
        </w:rPr>
      </w:r>
    </w:p>
    <w:p>
      <w:pPr>
        <w:pStyle w:val="Heading2"/>
        <w:rPr>
          <w:rFonts w:cs="Calibri" w:cstheme="majorHAnsi"/>
        </w:rPr>
      </w:pPr>
      <w:r>
        <w:rPr>
          <w:rFonts w:cs="Calibri" w:cstheme="majorHAnsi"/>
        </w:rPr>
        <w:t>Joint Details</w:t>
      </w:r>
    </w:p>
    <w:tbl>
      <w:tblPr>
        <w:tblStyle w:val="TableGrid"/>
        <w:tblW w:w="8806" w:type="dxa"/>
        <w:jc w:val="start"/>
        <w:tblInd w:w="-176" w:type="dxa"/>
        <w:tblLayout w:type="fixed"/>
        <w:tblCellMar>
          <w:top w:w="0" w:type="dxa"/>
          <w:start w:w="108" w:type="dxa"/>
          <w:bottom w:w="0" w:type="dxa"/>
          <w:end w:w="108" w:type="dxa"/>
        </w:tblCellMar>
        <w:tblLook w:val="04a0" w:firstRow="1" w:noVBand="1" w:lastRow="0" w:firstColumn="1" w:lastColumn="0" w:noHBand="0"/>
      </w:tblPr>
      <w:tblGrid>
        <w:gridCol w:w="4137"/>
        <w:gridCol w:w="4669"/>
      </w:tblGrid>
      <w:tr>
        <w:trPr/>
        <w:tc>
          <w:tcPr>
            <w:tcW w:w="4137"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Are you related or connected by marriage?</w:t>
            </w:r>
          </w:p>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 xml:space="preserve"> </w:t>
            </w:r>
            <w:r>
              <w:rPr>
                <w:rFonts w:eastAsia="ＭＳ 明朝" w:cs="Calibri" w:ascii="Calibri" w:hAnsi="Calibri" w:asciiTheme="majorHAnsi" w:cstheme="majorHAnsi" w:hAnsiTheme="majorHAnsi"/>
                <w:kern w:val="0"/>
                <w:szCs w:val="22"/>
                <w:lang w:val="en-US" w:eastAsia="en-US" w:bidi="ar-SA"/>
              </w:rPr>
              <w:t>If so, how?</w:t>
            </w:r>
          </w:p>
        </w:tc>
        <w:tc>
          <w:tcPr>
            <w:tcW w:w="4669"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cs="Calibri" w:cstheme="majorHAnsi" w:ascii="Calibri" w:hAnsi="Calibri"/>
              </w:rPr>
            </w:r>
          </w:p>
        </w:tc>
      </w:tr>
      <w:tr>
        <w:trPr/>
        <w:tc>
          <w:tcPr>
            <w:tcW w:w="4137"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cstheme="majorHAnsi"/>
                <w:kern w:val="0"/>
                <w:szCs w:val="22"/>
                <w:lang w:val="en-US" w:eastAsia="en-US" w:bidi="ar-SA"/>
              </w:rPr>
              <w:t>Which church are you getting married at?</w:t>
            </w:r>
          </w:p>
          <w:p>
            <w:pPr>
              <w:pStyle w:val="Normal"/>
              <w:widowControl/>
              <w:suppressAutoHyphens w:val="true"/>
              <w:spacing w:lineRule="auto" w:line="360" w:before="0" w:after="0"/>
              <w:jc w:val="start"/>
              <w:rPr>
                <w:rFonts w:ascii="Calibri" w:hAnsi="Calibri" w:cs="Calibri" w:asciiTheme="majorHAnsi" w:cstheme="majorHAnsi" w:hAnsiTheme="majorHAnsi"/>
              </w:rPr>
            </w:pPr>
            <w:r>
              <w:rPr>
                <w:rFonts w:cs="Calibri" w:cstheme="majorHAnsi" w:ascii="Calibri" w:hAnsi="Calibri"/>
              </w:rPr>
            </w:r>
          </w:p>
        </w:tc>
        <w:tc>
          <w:tcPr>
            <w:tcW w:w="4669"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cs="Calibri" w:cstheme="majorHAnsi" w:ascii="Calibri" w:hAnsi="Calibri"/>
              </w:rPr>
            </w:r>
          </w:p>
        </w:tc>
      </w:tr>
      <w:tr>
        <w:trPr/>
        <w:tc>
          <w:tcPr>
            <w:tcW w:w="4137"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On what date and time?</w:t>
            </w:r>
          </w:p>
        </w:tc>
        <w:tc>
          <w:tcPr>
            <w:tcW w:w="4669" w:type="dxa"/>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Date:</w:t>
              <w:br/>
              <w:t>Time:</w:t>
            </w:r>
          </w:p>
        </w:tc>
      </w:tr>
    </w:tbl>
    <w:p>
      <w:pPr>
        <w:pStyle w:val="Normal"/>
        <w:spacing w:lineRule="auto" w:line="360"/>
        <w:rPr>
          <w:rFonts w:ascii="Calibri" w:hAnsi="Calibri" w:cs="Calibri" w:asciiTheme="majorHAnsi" w:cstheme="majorHAnsi" w:hAnsiTheme="majorHAnsi"/>
        </w:rPr>
      </w:pPr>
      <w:r>
        <w:rPr>
          <w:rFonts w:cs="Calibri" w:cstheme="majorHAnsi" w:ascii="Calibri" w:hAnsi="Calibri"/>
        </w:rPr>
      </w:r>
    </w:p>
    <w:p>
      <w:pPr>
        <w:pStyle w:val="Normal"/>
        <w:rPr>
          <w:rFonts w:ascii="Calibri" w:hAnsi="Calibri" w:cs="Calibri" w:asciiTheme="majorHAnsi" w:cstheme="majorHAnsi" w:hAnsiTheme="majorHAnsi"/>
        </w:rPr>
      </w:pPr>
      <w:r>
        <w:rPr>
          <w:rFonts w:cs="Calibri" w:ascii="Calibri" w:hAnsi="Calibri" w:asciiTheme="majorHAnsi" w:cstheme="majorHAnsi" w:hAnsiTheme="majorHAnsi"/>
          <w:b/>
        </w:rPr>
        <w:t xml:space="preserve">Declaration: </w:t>
      </w:r>
      <w:r>
        <w:rPr>
          <w:rFonts w:cs="Calibri" w:ascii="Calibri" w:hAnsi="Calibri" w:asciiTheme="majorHAnsi" w:cstheme="majorHAnsi" w:hAnsiTheme="majorHAnsi"/>
          <w:i/>
        </w:rPr>
        <w:t>I hereby certify that to the best of my belief the answers to the above questions are correct. I agree that the information contained in the form may be used as described below.</w:t>
      </w:r>
    </w:p>
    <w:tbl>
      <w:tblPr>
        <w:tblW w:w="8640"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4320"/>
        <w:gridCol w:w="4320"/>
      </w:tblGrid>
      <w:tr>
        <w:trPr/>
        <w:tc>
          <w:tcPr>
            <w:tcW w:w="4320" w:type="dxa"/>
            <w:tcBorders/>
          </w:tcPr>
          <w:p>
            <w:pPr>
              <w:pStyle w:val="Normal"/>
              <w:rPr>
                <w:rFonts w:ascii="Calibri" w:hAnsi="Calibri" w:cs="Calibri" w:asciiTheme="majorHAnsi" w:cstheme="majorHAnsi" w:hAnsiTheme="majorHAnsi"/>
              </w:rPr>
            </w:pPr>
            <w:r>
              <w:rPr>
                <w:rFonts w:cs="Calibri" w:cstheme="majorHAnsi" w:ascii="Calibri" w:hAnsi="Calibri"/>
              </w:rPr>
            </w:r>
          </w:p>
          <w:p>
            <w:pPr>
              <w:pStyle w:val="Normal"/>
              <w:spacing w:before="0" w:after="200"/>
              <w:rPr>
                <w:rFonts w:ascii="Calibri" w:hAnsi="Calibri" w:cs="Calibri" w:asciiTheme="majorHAnsi" w:cstheme="majorHAnsi" w:hAnsiTheme="majorHAnsi"/>
              </w:rPr>
            </w:pPr>
            <w:r>
              <w:rPr>
                <w:rFonts w:cs="Calibri" w:ascii="Calibri" w:hAnsi="Calibri" w:cstheme="majorHAnsi"/>
              </w:rPr>
              <w:t>Groom Signature: __________________________</w:t>
            </w:r>
          </w:p>
        </w:tc>
        <w:tc>
          <w:tcPr>
            <w:tcW w:w="4320" w:type="dxa"/>
            <w:tcBorders/>
          </w:tcPr>
          <w:p>
            <w:pPr>
              <w:pStyle w:val="Normal"/>
              <w:rPr>
                <w:rFonts w:ascii="Calibri" w:hAnsi="Calibri" w:cs="Calibri" w:asciiTheme="majorHAnsi" w:cstheme="majorHAnsi" w:hAnsiTheme="majorHAnsi"/>
              </w:rPr>
            </w:pPr>
            <w:r>
              <w:rPr>
                <w:rFonts w:cs="Calibri" w:cstheme="majorHAnsi" w:ascii="Calibri" w:hAnsi="Calibri"/>
              </w:rPr>
            </w:r>
          </w:p>
          <w:p>
            <w:pPr>
              <w:pStyle w:val="Normal"/>
              <w:spacing w:before="0" w:after="200"/>
              <w:rPr>
                <w:rFonts w:ascii="Calibri" w:hAnsi="Calibri" w:cs="Calibri" w:asciiTheme="majorHAnsi" w:cstheme="majorHAnsi" w:hAnsiTheme="majorHAnsi"/>
              </w:rPr>
            </w:pPr>
            <w:r>
              <w:rPr>
                <w:rFonts w:cs="Calibri" w:ascii="Calibri" w:hAnsi="Calibri" w:cstheme="majorHAnsi"/>
              </w:rPr>
              <w:t>Bride Signature: __________________________</w:t>
            </w:r>
          </w:p>
        </w:tc>
      </w:tr>
    </w:tbl>
    <w:p>
      <w:pPr>
        <w:pStyle w:val="Normal"/>
        <w:rPr>
          <w:rFonts w:ascii="Calibri" w:hAnsi="Calibri" w:cs="Calibri" w:asciiTheme="majorHAnsi" w:cstheme="majorHAnsi" w:hAnsiTheme="majorHAnsi"/>
          <w:sz w:val="18"/>
          <w:szCs w:val="20"/>
        </w:rPr>
      </w:pPr>
      <w:r>
        <w:rPr>
          <w:rFonts w:cs="Calibri" w:cstheme="majorHAnsi" w:ascii="Calibri" w:hAnsi="Calibri"/>
          <w:sz w:val="18"/>
          <w:szCs w:val="20"/>
        </w:rPr>
      </w:r>
    </w:p>
    <w:p>
      <w:pPr>
        <w:pStyle w:val="Normal"/>
        <w:rPr>
          <w:rFonts w:ascii="Calibri" w:hAnsi="Calibri" w:cs="Calibri" w:asciiTheme="majorHAnsi" w:cstheme="majorHAnsi" w:hAnsiTheme="majorHAnsi"/>
          <w:sz w:val="18"/>
          <w:szCs w:val="20"/>
        </w:rPr>
      </w:pPr>
      <w:r>
        <w:rPr>
          <w:rFonts w:cs="Calibri" w:cstheme="majorHAnsi" w:ascii="Calibri" w:hAnsi="Calibri"/>
          <w:sz w:val="18"/>
          <w:szCs w:val="20"/>
        </w:rPr>
      </w:r>
    </w:p>
    <w:p>
      <w:pPr>
        <w:pStyle w:val="Normal"/>
        <w:rPr>
          <w:rFonts w:ascii="Calibri" w:hAnsi="Calibri" w:cs="Calibri" w:asciiTheme="majorHAnsi" w:cstheme="majorHAnsi" w:hAnsiTheme="majorHAnsi"/>
          <w:sz w:val="18"/>
          <w:szCs w:val="20"/>
        </w:rPr>
      </w:pPr>
      <w:r>
        <w:rPr>
          <w:rFonts w:cs="Calibri" w:ascii="Calibri" w:hAnsi="Calibri" w:cstheme="majorHAnsi"/>
          <w:b/>
          <w:sz w:val="18"/>
          <w:szCs w:val="20"/>
        </w:rPr>
        <w:t>Data Protection</w:t>
      </w:r>
    </w:p>
    <w:p>
      <w:pPr>
        <w:pStyle w:val="Normal"/>
        <w:jc w:val="both"/>
        <w:rPr>
          <w:rFonts w:ascii="Calibri" w:hAnsi="Calibri" w:cs="Calibri" w:asciiTheme="majorHAnsi" w:cstheme="majorHAnsi" w:hAnsiTheme="majorHAnsi"/>
        </w:rPr>
      </w:pPr>
      <w:r>
        <w:rPr>
          <w:rFonts w:cs="Calibri" w:ascii="Calibri" w:hAnsi="Calibri" w:asciiTheme="majorHAnsi" w:cstheme="majorHAnsi" w:hAnsiTheme="majorHAnsi"/>
          <w:sz w:val="18"/>
          <w:szCs w:val="20"/>
        </w:rPr>
        <w:t>For the purposes of data protection law, the data controller is the Minister of the parish and the PCC who will use the information on this form to ensure that the legal requirements relating to the marriage are complied with and to make arrangements for your banns to be called. The Minister and PCC will only share the information with those who need to see it for those purposes</w:t>
      </w:r>
      <w:r>
        <w:rPr>
          <w:rFonts w:cs="Calibri" w:ascii="Calibri" w:hAnsi="Calibri" w:asciiTheme="majorHAnsi" w:cstheme="majorHAnsi" w:hAnsiTheme="majorHAnsi"/>
        </w:rPr>
        <w:t>.</w:t>
      </w:r>
    </w:p>
    <w:tbl>
      <w:tblPr>
        <w:tblStyle w:val="TableGrid"/>
        <w:tblW w:w="8611"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8611"/>
      </w:tblGrid>
      <w:tr>
        <w:trPr/>
        <w:tc>
          <w:tcPr>
            <w:tcW w:w="8611" w:type="dxa"/>
            <w:tcBorders>
              <w:top w:val="single" w:sz="12" w:space="0" w:color="000000"/>
              <w:start w:val="single" w:sz="12" w:space="0" w:color="000000"/>
              <w:bottom w:val="single" w:sz="12" w:space="0" w:color="000000"/>
              <w:end w:val="single" w:sz="12" w:space="0" w:color="000000"/>
            </w:tcBorders>
          </w:tcPr>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b/>
                <w:kern w:val="0"/>
                <w:szCs w:val="22"/>
                <w:lang w:val="en-US" w:eastAsia="en-US" w:bidi="ar-SA"/>
              </w:rPr>
              <w:t>FOR OFFICE USE ONLY</w:t>
            </w:r>
          </w:p>
          <w:p>
            <w:pPr>
              <w:pStyle w:val="Normal"/>
              <w:widowControl/>
              <w:suppressAutoHyphens w:val="true"/>
              <w:spacing w:lineRule="auto" w:line="360" w:before="0" w:after="0"/>
              <w:jc w:val="start"/>
              <w:rPr>
                <w:rFonts w:ascii="Calibri" w:hAnsi="Calibri" w:cs="Calibri" w:asciiTheme="majorHAnsi" w:cstheme="majorHAnsi" w:hAnsiTheme="majorHAnsi"/>
              </w:rPr>
            </w:pPr>
            <w:r>
              <w:rPr>
                <w:rFonts w:eastAsia="ＭＳ 明朝" w:cs="Calibri" w:ascii="Calibri" w:hAnsi="Calibri" w:asciiTheme="majorHAnsi" w:cstheme="majorHAnsi" w:hAnsiTheme="majorHAnsi"/>
                <w:kern w:val="0"/>
                <w:szCs w:val="22"/>
                <w:lang w:val="en-US" w:eastAsia="en-US" w:bidi="ar-SA"/>
              </w:rPr>
              <w:t>Dates for Publication of Banns:</w:t>
              <w:br/>
              <w:t>1st date:</w:t>
              <w:br/>
              <w:t>2nd date:</w:t>
              <w:br/>
              <w:t xml:space="preserve">3rd date: </w:t>
            </w:r>
          </w:p>
        </w:tc>
      </w:tr>
    </w:tbl>
    <w:p>
      <w:pPr>
        <w:pStyle w:val="Normal"/>
        <w:rPr>
          <w:rFonts w:ascii="Calibri" w:hAnsi="Calibri" w:cs="Calibri" w:asciiTheme="majorHAnsi" w:cstheme="majorHAnsi" w:hAnsiTheme="majorHAnsi"/>
        </w:rPr>
      </w:pPr>
      <w:r>
        <w:rPr>
          <w:rFonts w:cs="Calibri" w:cstheme="majorHAnsi" w:ascii="Calibri" w:hAnsi="Calibri"/>
        </w:rPr>
      </w:r>
    </w:p>
    <w:p>
      <w:pPr>
        <w:pStyle w:val="Heading2"/>
        <w:rPr>
          <w:rFonts w:cs="Calibri" w:cstheme="majorHAnsi"/>
        </w:rPr>
      </w:pPr>
      <w:r>
        <w:rPr>
          <w:rFonts w:cs="Calibri" w:cstheme="majorHAnsi"/>
        </w:rPr>
        <w:t>Contact &amp; Submission Details</w:t>
      </w:r>
    </w:p>
    <w:p>
      <w:pPr>
        <w:pStyle w:val="Normal"/>
        <w:rPr>
          <w:rFonts w:ascii="Calibri" w:hAnsi="Calibri" w:cs="Calibri" w:asciiTheme="majorHAnsi" w:cstheme="majorHAnsi" w:hAnsiTheme="majorHAnsi"/>
        </w:rPr>
      </w:pPr>
      <w:r>
        <w:rPr>
          <w:rFonts w:cs="Calibri" w:ascii="Calibri" w:hAnsi="Calibri" w:asciiTheme="majorHAnsi" w:cstheme="majorHAnsi" w:hAnsiTheme="majorHAnsi"/>
        </w:rPr>
        <w:t>Please send this completed form to the 5folds administration office:</w:t>
      </w:r>
      <w:r>
        <w:rPr>
          <w:rFonts w:cs="Calibri" w:ascii="Calibri" w:hAnsi="Calibri" w:asciiTheme="majorHAnsi" w:cstheme="majorHAnsi" w:hAnsiTheme="majorHAnsi"/>
          <w:b/>
        </w:rPr>
        <w:br/>
        <w:t>Email: admin@5folds.org.uk</w:t>
      </w:r>
      <w:r>
        <w:rPr>
          <w:rFonts w:cs="Calibri" w:ascii="Calibri" w:hAnsi="Calibri" w:asciiTheme="majorHAnsi" w:cstheme="majorHAnsi" w:hAnsiTheme="majorHAnsi"/>
        </w:rPr>
        <w:br/>
        <w:t>Address: St Mary’s Church Hall, Church End OVER, Cambridge CB24 5NH</w:t>
      </w:r>
    </w:p>
    <w:p>
      <w:pPr>
        <w:pStyle w:val="Heading2"/>
        <w:rPr>
          <w:rFonts w:cs="Calibri" w:cstheme="majorHAnsi"/>
        </w:rPr>
      </w:pPr>
      <w:r>
        <w:rPr>
          <w:rFonts w:cs="Calibri" w:cstheme="majorHAnsi"/>
        </w:rPr>
        <w:t>Notes</w:t>
      </w:r>
    </w:p>
    <w:p>
      <w:pPr>
        <w:pStyle w:val="ListBullet"/>
        <w:numPr>
          <w:ilvl w:val="0"/>
          <w:numId w:val="1"/>
        </w:numPr>
        <w:rPr>
          <w:rFonts w:ascii="Calibri" w:hAnsi="Calibri" w:cs="Calibri" w:asciiTheme="majorHAnsi" w:cstheme="majorHAnsi" w:hAnsiTheme="majorHAnsi"/>
        </w:rPr>
      </w:pPr>
      <w:r>
        <w:rPr>
          <w:rFonts w:cs="Calibri" w:ascii="Calibri" w:hAnsi="Calibri" w:asciiTheme="majorHAnsi" w:cstheme="majorHAnsi" w:hAnsiTheme="majorHAnsi"/>
        </w:rPr>
        <w:t>If either of you will not be 18 by the proposed date of the wedding, the vicar will need to know whether the consent of parents or guardians has been obtained.</w:t>
      </w:r>
    </w:p>
    <w:p>
      <w:pPr>
        <w:pStyle w:val="ListBullet"/>
        <w:numPr>
          <w:ilvl w:val="0"/>
          <w:numId w:val="1"/>
        </w:numPr>
        <w:rPr>
          <w:rFonts w:ascii="Calibri" w:hAnsi="Calibri" w:cs="Calibri" w:asciiTheme="majorHAnsi" w:cstheme="majorHAnsi" w:hAnsiTheme="majorHAnsi"/>
        </w:rPr>
      </w:pPr>
      <w:r>
        <w:rPr>
          <w:rFonts w:cs="Calibri" w:ascii="Calibri" w:hAnsi="Calibri" w:cstheme="majorHAnsi"/>
        </w:rPr>
        <w:t xml:space="preserve">If you aren't sure which Church of England parish you live in, enter your postcode into the search box on </w:t>
      </w:r>
      <w:hyperlink r:id="rId3">
        <w:r>
          <w:rPr>
            <w:rStyle w:val="Hyperlink"/>
            <w:rFonts w:cs="Calibri" w:ascii="Calibri" w:hAnsi="Calibri" w:cstheme="majorHAnsi"/>
          </w:rPr>
          <w:t>www.achurchnearyou.com</w:t>
        </w:r>
      </w:hyperlink>
      <w:r>
        <w:rPr>
          <w:rFonts w:cs="Calibri" w:ascii="Calibri" w:hAnsi="Calibri" w:cstheme="majorHAnsi"/>
        </w:rPr>
        <w:t xml:space="preserve"> and look for the church flagged “This is the parish church”. </w:t>
      </w:r>
    </w:p>
    <w:p>
      <w:pPr>
        <w:pStyle w:val="ListBullet"/>
        <w:numPr>
          <w:ilvl w:val="0"/>
          <w:numId w:val="1"/>
        </w:numPr>
        <w:rPr>
          <w:rFonts w:ascii="Calibri" w:hAnsi="Calibri" w:cs="Calibri" w:asciiTheme="majorHAnsi" w:cstheme="majorHAnsi" w:hAnsiTheme="majorHAnsi"/>
        </w:rPr>
      </w:pPr>
      <w:r>
        <w:rPr>
          <w:rFonts w:cs="Calibri" w:ascii="Calibri" w:hAnsi="Calibri" w:cstheme="majorHAnsi"/>
        </w:rPr>
        <w:t>If either or both of you live in a different parish from the church you are getting married at, you will need to arrange for the banns to be read there, too.</w:t>
      </w:r>
    </w:p>
    <w:p>
      <w:pPr>
        <w:pStyle w:val="ListBullet"/>
        <w:numPr>
          <w:ilvl w:val="0"/>
          <w:numId w:val="1"/>
        </w:numPr>
        <w:rPr>
          <w:rFonts w:ascii="Calibri" w:hAnsi="Calibri" w:cs="Calibri" w:asciiTheme="majorHAnsi" w:cstheme="majorHAnsi" w:hAnsiTheme="majorHAnsi"/>
        </w:rPr>
      </w:pPr>
      <w:r>
        <w:rPr>
          <w:rFonts w:cs="Calibri" w:ascii="Calibri" w:hAnsi="Calibri" w:asciiTheme="majorHAnsi" w:cstheme="majorHAnsi" w:hAnsiTheme="majorHAnsi"/>
        </w:rPr>
        <w:t>A least seven days’ notice is required before the first reading of banns.</w:t>
      </w:r>
    </w:p>
    <w:p>
      <w:pPr>
        <w:pStyle w:val="ListBullet"/>
        <w:numPr>
          <w:ilvl w:val="0"/>
          <w:numId w:val="1"/>
        </w:numPr>
        <w:rPr>
          <w:rFonts w:ascii="Calibri" w:hAnsi="Calibri" w:cs="Calibri" w:asciiTheme="majorHAnsi" w:cstheme="majorHAnsi" w:hAnsiTheme="majorHAnsi"/>
        </w:rPr>
      </w:pPr>
      <w:r>
        <w:rPr>
          <w:rFonts w:cs="Calibri" w:ascii="Calibri" w:hAnsi="Calibri" w:asciiTheme="majorHAnsi" w:cstheme="majorHAnsi" w:hAnsiTheme="majorHAnsi"/>
        </w:rPr>
        <w:t>The vicar &amp; administrator will liaise to set the dates for your banns to be read. You might want to come to church to hear them read and you’d be very welcome.</w:t>
      </w:r>
    </w:p>
    <w:p>
      <w:pPr>
        <w:pStyle w:val="Normal"/>
        <w:rPr>
          <w:rFonts w:ascii="Calibri" w:hAnsi="Calibri" w:cs="Calibri" w:asciiTheme="majorHAnsi" w:cstheme="majorHAnsi" w:hAnsiTheme="majorHAnsi"/>
        </w:rPr>
      </w:pPr>
      <w:r>
        <w:rPr>
          <w:rFonts w:cs="Calibri" w:ascii="Calibri" w:hAnsi="Calibri" w:asciiTheme="majorHAnsi" w:cstheme="majorHAnsi" w:hAnsiTheme="majorHAnsi"/>
        </w:rPr>
        <w:t>Further information: yourchurchwedding.org</w:t>
      </w:r>
    </w:p>
    <w:p>
      <w:pPr>
        <w:pStyle w:val="Normal"/>
        <w:spacing w:before="0" w:after="200"/>
        <w:jc w:val="center"/>
        <w:rPr>
          <w:rFonts w:ascii="Calibri" w:hAnsi="Calibri" w:cs="Calibri" w:asciiTheme="majorHAnsi" w:cstheme="majorHAnsi" w:hAnsiTheme="majorHAnsi"/>
        </w:rPr>
      </w:pPr>
      <w:r>
        <w:rPr>
          <w:rFonts w:cs="Calibri" w:ascii="Calibri" w:hAnsi="Calibri" w:asciiTheme="majorHAnsi" w:cstheme="majorHAnsi" w:hAnsiTheme="majorHAnsi"/>
          <w:i/>
        </w:rPr>
        <w:br/>
        <w:t>Loving God, bless us as we plan our marriage. Amen.</w:t>
      </w:r>
    </w:p>
    <w:sectPr>
      <w:headerReference w:type="even" r:id="rId4"/>
      <w:headerReference w:type="default" r:id="rId5"/>
      <w:headerReference w:type="first" r:id="rId6"/>
      <w:type w:val="nextPage"/>
      <w:pgSz w:w="12240" w:h="15840"/>
      <w:pgMar w:left="1800" w:right="1800" w:gutter="0" w:header="72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Calibri">
    <w:charset w:val="00" w:characterSet="windows-1252"/>
    <w:family w:val="swiss"/>
    <w:pitch w:val="variable"/>
  </w:font>
  <w:font w:name="Courier">
    <w:altName w:val="Courier New"/>
    <w:charset w:val="00" w:characterSet="windows-1252"/>
    <w:family w:val="roman"/>
    <w:pitch w:val="variable"/>
  </w:font>
  <w:font w:name="Liberation Sans">
    <w:altName w:val="Arial"/>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widowControl/>
      <w:suppressAutoHyphens w:val="true"/>
      <w:bidi w:val="0"/>
      <w:spacing w:lineRule="auto" w:line="276" w:before="0" w:after="200"/>
      <w:jc w:val="start"/>
    </w:pPr>
    <w:rPr>
      <w:rFonts w:ascii="Arial" w:hAnsi="Arial" w:eastAsia="" w:cs="" w:cstheme="minorBidi" w:eastAsiaTheme="minorEastAsia"/>
      <w:color w:val="auto"/>
      <w:kern w:val="0"/>
      <w:sz w:val="20"/>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Cs w:val="20"/>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Heading1Char" w:customStyle="1">
    <w:name w:val="Heading 1 Char"/>
    <w:basedOn w:val="DefaultParagraphFont"/>
    <w:link w:val="Heading1"/>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paragraph" w:styleId="NormalWeb">
    <w:name w:val="Normal (Web)"/>
    <w:basedOn w:val="Normal"/>
    <w:uiPriority w:val="99"/>
    <w:semiHidden/>
    <w:unhideWhenUsed/>
    <w:qFormat/>
    <w:rsid w:val="00ba29a5"/>
    <w:pPr>
      <w:spacing w:lineRule="auto" w:line="240" w:beforeAutospacing="1" w:afterAutospacing="1"/>
    </w:pPr>
    <w:rPr>
      <w:rFonts w:ascii="Times New Roman" w:hAnsi="Times New Roman" w:eastAsia="Times New Roman" w:cs="Times New Roman"/>
      <w:sz w:val="24"/>
      <w:szCs w:val="24"/>
      <w:lang w:val="en-GB" w:eastAsia="en-GB"/>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achurchnearyou.com/"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Application>LibreOffice/26.2.5.2$Windows_X86_64 LibreOffice_project/cd7284b4cbbfeb507e630c1aac019f4157393acb</Application>
  <AppVersion>15.0000</AppVersion>
  <Pages>2</Pages>
  <Words>465</Words>
  <Characters>2146</Characters>
  <CharactersWithSpaces>2562</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2026-04-22T10:51:00Z</dcterms:created>
  <dc:creator>python-docx</dc:creator>
  <dc:description>generated by python-docx</dc:description>
  <dc:language>en-GB</dc:language>
  <cp:lastModifiedBy/>
  <dcterms:modified xsi:type="dcterms:W3CDTF">2026-08-07T10:35:36Z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