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2CA16" w14:textId="77777777" w:rsidR="009E468D" w:rsidRPr="00E97264" w:rsidRDefault="009E468D">
      <w:pPr>
        <w:spacing w:after="80"/>
        <w:jc w:val="center"/>
        <w:rPr>
          <w:b/>
          <w:color w:val="000000" w:themeColor="text1"/>
          <w:sz w:val="24"/>
          <w:szCs w:val="24"/>
        </w:rPr>
      </w:pPr>
      <w:r w:rsidRPr="00E97264">
        <w:rPr>
          <w:b/>
          <w:color w:val="000000" w:themeColor="text1"/>
          <w:sz w:val="24"/>
          <w:szCs w:val="24"/>
        </w:rPr>
        <w:drawing>
          <wp:inline distT="0" distB="0" distL="0" distR="0" wp14:anchorId="205DFEC7" wp14:editId="3E144230">
            <wp:extent cx="1158843" cy="809977"/>
            <wp:effectExtent l="0" t="0" r="3810" b="0"/>
            <wp:docPr id="872529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29280" name=""/>
                    <pic:cNvPicPr/>
                  </pic:nvPicPr>
                  <pic:blipFill>
                    <a:blip r:embed="rId6"/>
                    <a:stretch>
                      <a:fillRect/>
                    </a:stretch>
                  </pic:blipFill>
                  <pic:spPr>
                    <a:xfrm>
                      <a:off x="0" y="0"/>
                      <a:ext cx="1163438" cy="813189"/>
                    </a:xfrm>
                    <a:prstGeom prst="rect">
                      <a:avLst/>
                    </a:prstGeom>
                  </pic:spPr>
                </pic:pic>
              </a:graphicData>
            </a:graphic>
          </wp:inline>
        </w:drawing>
      </w:r>
    </w:p>
    <w:p w14:paraId="17A95693" w14:textId="038BE656" w:rsidR="004A2BB4" w:rsidRPr="00E97264" w:rsidRDefault="004A2BB4" w:rsidP="00E97264">
      <w:pPr>
        <w:spacing w:after="240"/>
        <w:jc w:val="center"/>
        <w:rPr>
          <w:b/>
          <w:color w:val="000000" w:themeColor="text1"/>
          <w:sz w:val="24"/>
          <w:szCs w:val="24"/>
        </w:rPr>
      </w:pPr>
      <w:r w:rsidRPr="00E97264">
        <w:rPr>
          <w:b/>
          <w:color w:val="000000" w:themeColor="text1"/>
          <w:sz w:val="24"/>
          <w:szCs w:val="24"/>
        </w:rPr>
        <w:t>The Code of Safer Working Practice</w:t>
      </w:r>
    </w:p>
    <w:p w14:paraId="7EAD32AF" w14:textId="18F5294D" w:rsidR="004A2BB4" w:rsidRPr="00E97264" w:rsidRDefault="004A2BB4" w:rsidP="004A2BB4">
      <w:pPr>
        <w:spacing w:after="240"/>
        <w:rPr>
          <w:bCs/>
          <w:color w:val="000000" w:themeColor="text1"/>
          <w:sz w:val="24"/>
          <w:szCs w:val="24"/>
        </w:rPr>
      </w:pPr>
      <w:r w:rsidRPr="00E97264">
        <w:rPr>
          <w:bCs/>
          <w:color w:val="000000" w:themeColor="text1"/>
          <w:sz w:val="24"/>
          <w:szCs w:val="24"/>
        </w:rPr>
        <w:t xml:space="preserve">The Code of Safer Working Practice expresses our commitment to demonstrating God’s love by placing the highest priority on the safety of those to whom we minister. It sets out what we expect from anyone who ministers in our church, in both paid or voluntary roles, and is one of the ways we ensure high standards of safeguarding in all we do.   </w:t>
      </w:r>
    </w:p>
    <w:p w14:paraId="557E57C9" w14:textId="77777777" w:rsidR="004A2BB4" w:rsidRPr="00E97264" w:rsidRDefault="004A2BB4" w:rsidP="004A2BB4">
      <w:pPr>
        <w:spacing w:after="240"/>
        <w:rPr>
          <w:b/>
          <w:color w:val="000000" w:themeColor="text1"/>
          <w:sz w:val="24"/>
          <w:szCs w:val="24"/>
        </w:rPr>
      </w:pPr>
      <w:r w:rsidRPr="00E97264">
        <w:rPr>
          <w:b/>
          <w:color w:val="000000" w:themeColor="text1"/>
          <w:sz w:val="24"/>
          <w:szCs w:val="24"/>
        </w:rPr>
        <w:t xml:space="preserve">Upholding the Code  </w:t>
      </w:r>
    </w:p>
    <w:p w14:paraId="2E6184CA" w14:textId="77777777" w:rsidR="008321B6" w:rsidRPr="00E97264" w:rsidRDefault="004A2BB4" w:rsidP="004A2BB4">
      <w:pPr>
        <w:spacing w:after="240"/>
        <w:rPr>
          <w:bCs/>
          <w:color w:val="000000" w:themeColor="text1"/>
          <w:sz w:val="24"/>
          <w:szCs w:val="24"/>
        </w:rPr>
      </w:pPr>
      <w:r w:rsidRPr="00E97264">
        <w:rPr>
          <w:bCs/>
          <w:color w:val="000000" w:themeColor="text1"/>
          <w:sz w:val="24"/>
          <w:szCs w:val="24"/>
        </w:rPr>
        <w:t>All members of staff and volunteers are expected to report any breaches of this code to the Parish Safeguarding Officer. Staff and volunteers who breach this code may be subject to</w:t>
      </w:r>
      <w:r w:rsidR="008321B6" w:rsidRPr="00E97264">
        <w:rPr>
          <w:bCs/>
          <w:color w:val="000000" w:themeColor="text1"/>
          <w:sz w:val="24"/>
          <w:szCs w:val="24"/>
        </w:rPr>
        <w:t xml:space="preserve"> </w:t>
      </w:r>
      <w:r w:rsidRPr="00E97264">
        <w:rPr>
          <w:bCs/>
          <w:color w:val="000000" w:themeColor="text1"/>
          <w:sz w:val="24"/>
          <w:szCs w:val="24"/>
        </w:rPr>
        <w:t>disciplinary procedures or asked to leave their role. Serious breaches may also result in a</w:t>
      </w:r>
      <w:r w:rsidR="008321B6" w:rsidRPr="00E97264">
        <w:rPr>
          <w:bCs/>
          <w:color w:val="000000" w:themeColor="text1"/>
          <w:sz w:val="24"/>
          <w:szCs w:val="24"/>
        </w:rPr>
        <w:t xml:space="preserve"> </w:t>
      </w:r>
      <w:r w:rsidRPr="00E97264">
        <w:rPr>
          <w:bCs/>
          <w:color w:val="000000" w:themeColor="text1"/>
          <w:sz w:val="24"/>
          <w:szCs w:val="24"/>
        </w:rPr>
        <w:t>referral made to the relevant statutory agency.</w:t>
      </w:r>
    </w:p>
    <w:p w14:paraId="02A64148" w14:textId="61B6C6AC" w:rsidR="004A2BB4" w:rsidRPr="00E97264" w:rsidRDefault="004A2BB4" w:rsidP="004A2BB4">
      <w:pPr>
        <w:spacing w:after="240"/>
        <w:rPr>
          <w:b/>
          <w:color w:val="000000" w:themeColor="text1"/>
          <w:sz w:val="24"/>
          <w:szCs w:val="24"/>
        </w:rPr>
      </w:pPr>
      <w:r w:rsidRPr="00E97264">
        <w:rPr>
          <w:b/>
          <w:color w:val="000000" w:themeColor="text1"/>
          <w:sz w:val="24"/>
          <w:szCs w:val="24"/>
        </w:rPr>
        <w:t xml:space="preserve">All those working on behalf of the parish with children, young people and adults must:  </w:t>
      </w:r>
    </w:p>
    <w:p w14:paraId="3F2320ED" w14:textId="0E35BB98" w:rsidR="004A2BB4" w:rsidRPr="00E97264" w:rsidRDefault="004A2BB4" w:rsidP="004C4107">
      <w:pPr>
        <w:pStyle w:val="ListParagraph"/>
        <w:numPr>
          <w:ilvl w:val="0"/>
          <w:numId w:val="10"/>
        </w:numPr>
        <w:spacing w:after="240"/>
        <w:rPr>
          <w:bCs/>
          <w:color w:val="000000" w:themeColor="text1"/>
          <w:sz w:val="24"/>
          <w:szCs w:val="24"/>
        </w:rPr>
      </w:pPr>
      <w:r w:rsidRPr="00E97264">
        <w:rPr>
          <w:bCs/>
          <w:color w:val="000000" w:themeColor="text1"/>
          <w:sz w:val="24"/>
          <w:szCs w:val="24"/>
        </w:rPr>
        <w:t xml:space="preserve">Treat all individuals with respect and dignity;  </w:t>
      </w:r>
    </w:p>
    <w:p w14:paraId="41B2FFAA" w14:textId="16D81BA3" w:rsidR="004A2BB4" w:rsidRPr="00E97264" w:rsidRDefault="004A2BB4" w:rsidP="004C4107">
      <w:pPr>
        <w:pStyle w:val="ListParagraph"/>
        <w:numPr>
          <w:ilvl w:val="0"/>
          <w:numId w:val="10"/>
        </w:numPr>
        <w:spacing w:after="240"/>
        <w:rPr>
          <w:bCs/>
          <w:color w:val="000000" w:themeColor="text1"/>
          <w:sz w:val="24"/>
          <w:szCs w:val="24"/>
        </w:rPr>
      </w:pPr>
      <w:proofErr w:type="gramStart"/>
      <w:r w:rsidRPr="00E97264">
        <w:rPr>
          <w:bCs/>
          <w:color w:val="000000" w:themeColor="text1"/>
          <w:sz w:val="24"/>
          <w:szCs w:val="24"/>
        </w:rPr>
        <w:t>Respect</w:t>
      </w:r>
      <w:proofErr w:type="gramEnd"/>
      <w:r w:rsidRPr="00E97264">
        <w:rPr>
          <w:bCs/>
          <w:color w:val="000000" w:themeColor="text1"/>
          <w:sz w:val="24"/>
          <w:szCs w:val="24"/>
        </w:rPr>
        <w:t xml:space="preserve"> people’s rights to personal privacy;  </w:t>
      </w:r>
    </w:p>
    <w:p w14:paraId="0B06E5E4" w14:textId="1B0E8A54" w:rsidR="004A2BB4" w:rsidRPr="00E97264" w:rsidRDefault="004A2BB4" w:rsidP="004C4107">
      <w:pPr>
        <w:pStyle w:val="ListParagraph"/>
        <w:numPr>
          <w:ilvl w:val="0"/>
          <w:numId w:val="10"/>
        </w:numPr>
        <w:spacing w:after="240"/>
        <w:rPr>
          <w:bCs/>
          <w:color w:val="000000" w:themeColor="text1"/>
          <w:sz w:val="24"/>
          <w:szCs w:val="24"/>
        </w:rPr>
      </w:pPr>
      <w:r w:rsidRPr="00E97264">
        <w:rPr>
          <w:bCs/>
          <w:color w:val="000000" w:themeColor="text1"/>
          <w:sz w:val="24"/>
          <w:szCs w:val="24"/>
        </w:rPr>
        <w:t xml:space="preserve">Ensure that their own language, tone of voice and body language are respectful;  </w:t>
      </w:r>
    </w:p>
    <w:p w14:paraId="0C2BE263" w14:textId="34DC1B47" w:rsidR="004A2BB4" w:rsidRPr="00E97264" w:rsidRDefault="004A2BB4" w:rsidP="004C4107">
      <w:pPr>
        <w:pStyle w:val="ListParagraph"/>
        <w:numPr>
          <w:ilvl w:val="0"/>
          <w:numId w:val="10"/>
        </w:numPr>
        <w:spacing w:after="240"/>
        <w:rPr>
          <w:bCs/>
          <w:color w:val="000000" w:themeColor="text1"/>
          <w:sz w:val="24"/>
          <w:szCs w:val="24"/>
        </w:rPr>
      </w:pPr>
      <w:r w:rsidRPr="00E97264">
        <w:rPr>
          <w:bCs/>
          <w:color w:val="000000" w:themeColor="text1"/>
          <w:sz w:val="24"/>
          <w:szCs w:val="24"/>
        </w:rPr>
        <w:t xml:space="preserve">Ensure that children, young people and adults know who they can talk to about a personal concern;  </w:t>
      </w:r>
    </w:p>
    <w:p w14:paraId="13D05484" w14:textId="0D49DB8E" w:rsidR="004A2BB4" w:rsidRPr="00E97264" w:rsidRDefault="004A2BB4" w:rsidP="004C4107">
      <w:pPr>
        <w:pStyle w:val="ListParagraph"/>
        <w:numPr>
          <w:ilvl w:val="0"/>
          <w:numId w:val="10"/>
        </w:numPr>
        <w:spacing w:after="240"/>
        <w:rPr>
          <w:bCs/>
          <w:color w:val="000000" w:themeColor="text1"/>
          <w:sz w:val="24"/>
          <w:szCs w:val="24"/>
        </w:rPr>
      </w:pPr>
      <w:r w:rsidRPr="00E97264">
        <w:rPr>
          <w:bCs/>
          <w:color w:val="000000" w:themeColor="text1"/>
          <w:sz w:val="24"/>
          <w:szCs w:val="24"/>
        </w:rPr>
        <w:t xml:space="preserve">Record and report any concerns about a child, young person or adult and/or the </w:t>
      </w:r>
      <w:proofErr w:type="spellStart"/>
      <w:r w:rsidRPr="00E97264">
        <w:rPr>
          <w:bCs/>
          <w:color w:val="000000" w:themeColor="text1"/>
          <w:sz w:val="24"/>
          <w:szCs w:val="24"/>
        </w:rPr>
        <w:t>behaviour</w:t>
      </w:r>
      <w:proofErr w:type="spellEnd"/>
      <w:r w:rsidRPr="00E97264">
        <w:rPr>
          <w:bCs/>
          <w:color w:val="000000" w:themeColor="text1"/>
          <w:sz w:val="24"/>
          <w:szCs w:val="24"/>
        </w:rPr>
        <w:t xml:space="preserve"> of another worker with their activity leader and/or the Parish Safeguarding</w:t>
      </w:r>
      <w:r w:rsidR="004C4107" w:rsidRPr="00E97264">
        <w:rPr>
          <w:bCs/>
          <w:color w:val="000000" w:themeColor="text1"/>
          <w:sz w:val="24"/>
          <w:szCs w:val="24"/>
        </w:rPr>
        <w:t xml:space="preserve"> </w:t>
      </w:r>
      <w:r w:rsidRPr="00E97264">
        <w:rPr>
          <w:bCs/>
          <w:color w:val="000000" w:themeColor="text1"/>
          <w:sz w:val="24"/>
          <w:szCs w:val="24"/>
        </w:rPr>
        <w:t xml:space="preserve">Officer. All written records should be signed and dated;  </w:t>
      </w:r>
    </w:p>
    <w:p w14:paraId="5273FD1B" w14:textId="3FACD9F8" w:rsidR="004A2BB4" w:rsidRPr="00E97264" w:rsidRDefault="004A2BB4" w:rsidP="004C4107">
      <w:pPr>
        <w:pStyle w:val="ListParagraph"/>
        <w:numPr>
          <w:ilvl w:val="0"/>
          <w:numId w:val="10"/>
        </w:numPr>
        <w:spacing w:after="240"/>
        <w:rPr>
          <w:bCs/>
          <w:color w:val="000000" w:themeColor="text1"/>
          <w:sz w:val="24"/>
          <w:szCs w:val="24"/>
        </w:rPr>
      </w:pPr>
      <w:r w:rsidRPr="00E97264">
        <w:rPr>
          <w:bCs/>
          <w:color w:val="000000" w:themeColor="text1"/>
          <w:sz w:val="24"/>
          <w:szCs w:val="24"/>
        </w:rPr>
        <w:t>Obtain written consent for any photographs or videos to be taken, shown, displayed or</w:t>
      </w:r>
      <w:r w:rsidR="004C4107" w:rsidRPr="00E97264">
        <w:rPr>
          <w:bCs/>
          <w:color w:val="000000" w:themeColor="text1"/>
          <w:sz w:val="24"/>
          <w:szCs w:val="24"/>
        </w:rPr>
        <w:t xml:space="preserve"> </w:t>
      </w:r>
      <w:r w:rsidRPr="00E97264">
        <w:rPr>
          <w:bCs/>
          <w:color w:val="000000" w:themeColor="text1"/>
          <w:sz w:val="24"/>
          <w:szCs w:val="24"/>
        </w:rPr>
        <w:t xml:space="preserve">stored.  </w:t>
      </w:r>
    </w:p>
    <w:p w14:paraId="46C1C5BB" w14:textId="77777777" w:rsidR="004A2BB4" w:rsidRPr="00E97264" w:rsidRDefault="004A2BB4" w:rsidP="004A2BB4">
      <w:pPr>
        <w:spacing w:after="240"/>
        <w:rPr>
          <w:b/>
          <w:color w:val="000000" w:themeColor="text1"/>
          <w:sz w:val="24"/>
          <w:szCs w:val="24"/>
        </w:rPr>
      </w:pPr>
      <w:r w:rsidRPr="00E97264">
        <w:rPr>
          <w:b/>
          <w:color w:val="000000" w:themeColor="text1"/>
          <w:sz w:val="24"/>
          <w:szCs w:val="24"/>
        </w:rPr>
        <w:t xml:space="preserve">In addition, those working with children and young people must:  </w:t>
      </w:r>
    </w:p>
    <w:p w14:paraId="12CB775F" w14:textId="1B062E2E" w:rsidR="004A2BB4" w:rsidRPr="00E97264" w:rsidRDefault="004A2BB4" w:rsidP="0094211F">
      <w:pPr>
        <w:pStyle w:val="ListParagraph"/>
        <w:numPr>
          <w:ilvl w:val="0"/>
          <w:numId w:val="11"/>
        </w:numPr>
        <w:spacing w:after="240"/>
        <w:rPr>
          <w:bCs/>
          <w:color w:val="000000" w:themeColor="text1"/>
          <w:sz w:val="24"/>
          <w:szCs w:val="24"/>
        </w:rPr>
      </w:pPr>
      <w:r w:rsidRPr="00E97264">
        <w:rPr>
          <w:bCs/>
          <w:color w:val="000000" w:themeColor="text1"/>
          <w:sz w:val="24"/>
          <w:szCs w:val="24"/>
        </w:rPr>
        <w:t xml:space="preserve">Always aim to work with or within sight of another adult;  </w:t>
      </w:r>
    </w:p>
    <w:p w14:paraId="22AF2239" w14:textId="7602288B" w:rsidR="004A2BB4" w:rsidRPr="00E97264" w:rsidRDefault="004A2BB4" w:rsidP="0094211F">
      <w:pPr>
        <w:pStyle w:val="ListParagraph"/>
        <w:numPr>
          <w:ilvl w:val="0"/>
          <w:numId w:val="11"/>
        </w:numPr>
        <w:spacing w:after="240"/>
        <w:rPr>
          <w:bCs/>
          <w:color w:val="000000" w:themeColor="text1"/>
          <w:sz w:val="24"/>
          <w:szCs w:val="24"/>
        </w:rPr>
      </w:pPr>
      <w:r w:rsidRPr="00E97264">
        <w:rPr>
          <w:bCs/>
          <w:color w:val="000000" w:themeColor="text1"/>
          <w:sz w:val="24"/>
          <w:szCs w:val="24"/>
        </w:rPr>
        <w:t xml:space="preserve">Ensure another adult is informed if a child needs to be taken to the toilet;  </w:t>
      </w:r>
    </w:p>
    <w:p w14:paraId="01AEB151" w14:textId="44C65067" w:rsidR="004A2BB4" w:rsidRPr="00E97264" w:rsidRDefault="004A2BB4" w:rsidP="0094211F">
      <w:pPr>
        <w:pStyle w:val="ListParagraph"/>
        <w:numPr>
          <w:ilvl w:val="0"/>
          <w:numId w:val="11"/>
        </w:numPr>
        <w:spacing w:after="240"/>
        <w:rPr>
          <w:bCs/>
          <w:color w:val="000000" w:themeColor="text1"/>
          <w:sz w:val="24"/>
          <w:szCs w:val="24"/>
        </w:rPr>
      </w:pPr>
      <w:r w:rsidRPr="00E97264">
        <w:rPr>
          <w:bCs/>
          <w:color w:val="000000" w:themeColor="text1"/>
          <w:sz w:val="24"/>
          <w:szCs w:val="24"/>
        </w:rPr>
        <w:t xml:space="preserve">Respond warmly to a child who needs </w:t>
      </w:r>
      <w:proofErr w:type="gramStart"/>
      <w:r w:rsidRPr="00E97264">
        <w:rPr>
          <w:bCs/>
          <w:color w:val="000000" w:themeColor="text1"/>
          <w:sz w:val="24"/>
          <w:szCs w:val="24"/>
        </w:rPr>
        <w:t>comforting</w:t>
      </w:r>
      <w:proofErr w:type="gramEnd"/>
      <w:r w:rsidRPr="00E97264">
        <w:rPr>
          <w:bCs/>
          <w:color w:val="000000" w:themeColor="text1"/>
          <w:sz w:val="24"/>
          <w:szCs w:val="24"/>
        </w:rPr>
        <w:t xml:space="preserve"> but make sure there are other adults</w:t>
      </w:r>
      <w:r w:rsidR="004C4107" w:rsidRPr="00E97264">
        <w:rPr>
          <w:bCs/>
          <w:color w:val="000000" w:themeColor="text1"/>
          <w:sz w:val="24"/>
          <w:szCs w:val="24"/>
        </w:rPr>
        <w:t xml:space="preserve"> </w:t>
      </w:r>
      <w:r w:rsidRPr="00E97264">
        <w:rPr>
          <w:bCs/>
          <w:color w:val="000000" w:themeColor="text1"/>
          <w:sz w:val="24"/>
          <w:szCs w:val="24"/>
        </w:rPr>
        <w:t xml:space="preserve">around;  </w:t>
      </w:r>
    </w:p>
    <w:p w14:paraId="7B52102C" w14:textId="499FB6A1" w:rsidR="004A2BB4" w:rsidRPr="00E97264" w:rsidRDefault="004A2BB4" w:rsidP="0094211F">
      <w:pPr>
        <w:pStyle w:val="ListParagraph"/>
        <w:numPr>
          <w:ilvl w:val="0"/>
          <w:numId w:val="11"/>
        </w:numPr>
        <w:spacing w:after="240"/>
        <w:rPr>
          <w:bCs/>
          <w:color w:val="000000" w:themeColor="text1"/>
          <w:sz w:val="24"/>
          <w:szCs w:val="24"/>
        </w:rPr>
      </w:pPr>
      <w:r w:rsidRPr="00E97264">
        <w:rPr>
          <w:bCs/>
          <w:color w:val="000000" w:themeColor="text1"/>
          <w:sz w:val="24"/>
          <w:szCs w:val="24"/>
        </w:rPr>
        <w:t xml:space="preserve">Ensure that the child and parents are aware of any activity that requires physical contact and of its nature before the activity takes place.   </w:t>
      </w:r>
    </w:p>
    <w:p w14:paraId="3459BBAB" w14:textId="3C161C39" w:rsidR="004A2BB4" w:rsidRPr="00E97264" w:rsidRDefault="004A2BB4" w:rsidP="004A2BB4">
      <w:pPr>
        <w:spacing w:after="240"/>
        <w:rPr>
          <w:b/>
          <w:color w:val="000000" w:themeColor="text1"/>
          <w:sz w:val="24"/>
          <w:szCs w:val="24"/>
        </w:rPr>
      </w:pPr>
      <w:r w:rsidRPr="00E97264">
        <w:rPr>
          <w:b/>
          <w:color w:val="000000" w:themeColor="text1"/>
          <w:sz w:val="24"/>
          <w:szCs w:val="24"/>
        </w:rPr>
        <w:t xml:space="preserve">All those working on behalf of the parish with children, young people and adults must not:  </w:t>
      </w:r>
    </w:p>
    <w:p w14:paraId="71814D4F" w14:textId="026B20AC" w:rsidR="004A2BB4" w:rsidRPr="00E97264" w:rsidRDefault="004A2BB4" w:rsidP="0094211F">
      <w:pPr>
        <w:pStyle w:val="ListParagraph"/>
        <w:numPr>
          <w:ilvl w:val="0"/>
          <w:numId w:val="12"/>
        </w:numPr>
        <w:spacing w:after="240"/>
        <w:rPr>
          <w:bCs/>
          <w:color w:val="000000" w:themeColor="text1"/>
          <w:sz w:val="24"/>
          <w:szCs w:val="24"/>
        </w:rPr>
      </w:pPr>
      <w:r w:rsidRPr="00E97264">
        <w:rPr>
          <w:bCs/>
          <w:color w:val="000000" w:themeColor="text1"/>
          <w:sz w:val="24"/>
          <w:szCs w:val="24"/>
        </w:rPr>
        <w:t xml:space="preserve">Use any form of physical punishment;  </w:t>
      </w:r>
    </w:p>
    <w:p w14:paraId="087FC6C4" w14:textId="0D5067DA" w:rsidR="004A2BB4" w:rsidRPr="00E97264" w:rsidRDefault="004A2BB4" w:rsidP="0094211F">
      <w:pPr>
        <w:pStyle w:val="ListParagraph"/>
        <w:numPr>
          <w:ilvl w:val="0"/>
          <w:numId w:val="12"/>
        </w:numPr>
        <w:spacing w:after="240"/>
        <w:rPr>
          <w:bCs/>
          <w:color w:val="000000" w:themeColor="text1"/>
          <w:sz w:val="24"/>
          <w:szCs w:val="24"/>
        </w:rPr>
      </w:pPr>
      <w:r w:rsidRPr="00E97264">
        <w:rPr>
          <w:bCs/>
          <w:color w:val="000000" w:themeColor="text1"/>
          <w:sz w:val="24"/>
          <w:szCs w:val="24"/>
        </w:rPr>
        <w:t xml:space="preserve">Be sexually suggestive about or to an individual;  </w:t>
      </w:r>
    </w:p>
    <w:p w14:paraId="28F8F272" w14:textId="60BBB1E7" w:rsidR="004A2BB4" w:rsidRPr="00E97264" w:rsidRDefault="004A2BB4" w:rsidP="0094211F">
      <w:pPr>
        <w:pStyle w:val="ListParagraph"/>
        <w:numPr>
          <w:ilvl w:val="0"/>
          <w:numId w:val="12"/>
        </w:numPr>
        <w:spacing w:after="240"/>
        <w:rPr>
          <w:bCs/>
          <w:color w:val="000000" w:themeColor="text1"/>
          <w:sz w:val="24"/>
          <w:szCs w:val="24"/>
        </w:rPr>
      </w:pPr>
      <w:r w:rsidRPr="00E97264">
        <w:rPr>
          <w:bCs/>
          <w:color w:val="000000" w:themeColor="text1"/>
          <w:sz w:val="24"/>
          <w:szCs w:val="24"/>
        </w:rPr>
        <w:t xml:space="preserve">Scapegoat, ridicule or reject an individual or group;  </w:t>
      </w:r>
    </w:p>
    <w:p w14:paraId="7179BD74" w14:textId="1ECECD9A" w:rsidR="004A2BB4" w:rsidRPr="00E97264" w:rsidRDefault="004A2BB4" w:rsidP="0094211F">
      <w:pPr>
        <w:pStyle w:val="ListParagraph"/>
        <w:numPr>
          <w:ilvl w:val="0"/>
          <w:numId w:val="12"/>
        </w:numPr>
        <w:spacing w:after="240"/>
        <w:rPr>
          <w:bCs/>
          <w:color w:val="000000" w:themeColor="text1"/>
          <w:sz w:val="24"/>
          <w:szCs w:val="24"/>
        </w:rPr>
      </w:pPr>
      <w:r w:rsidRPr="00E97264">
        <w:rPr>
          <w:bCs/>
          <w:color w:val="000000" w:themeColor="text1"/>
          <w:sz w:val="24"/>
          <w:szCs w:val="24"/>
        </w:rPr>
        <w:t xml:space="preserve">Permit abusive peer activities e.g. initiation ceremonies, ridiculing or bullying;  </w:t>
      </w:r>
    </w:p>
    <w:p w14:paraId="6665F443" w14:textId="1B15B61A" w:rsidR="004A2BB4" w:rsidRPr="00E97264" w:rsidRDefault="004A2BB4" w:rsidP="0094211F">
      <w:pPr>
        <w:pStyle w:val="ListParagraph"/>
        <w:numPr>
          <w:ilvl w:val="0"/>
          <w:numId w:val="12"/>
        </w:numPr>
        <w:spacing w:after="240"/>
        <w:rPr>
          <w:bCs/>
          <w:color w:val="000000" w:themeColor="text1"/>
          <w:sz w:val="24"/>
          <w:szCs w:val="24"/>
        </w:rPr>
      </w:pPr>
      <w:r w:rsidRPr="00E97264">
        <w:rPr>
          <w:bCs/>
          <w:color w:val="000000" w:themeColor="text1"/>
          <w:sz w:val="24"/>
          <w:szCs w:val="24"/>
        </w:rPr>
        <w:t xml:space="preserve">Show </w:t>
      </w:r>
      <w:proofErr w:type="spellStart"/>
      <w:r w:rsidRPr="00E97264">
        <w:rPr>
          <w:bCs/>
          <w:color w:val="000000" w:themeColor="text1"/>
          <w:sz w:val="24"/>
          <w:szCs w:val="24"/>
        </w:rPr>
        <w:t>favouritism</w:t>
      </w:r>
      <w:proofErr w:type="spellEnd"/>
      <w:r w:rsidRPr="00E97264">
        <w:rPr>
          <w:bCs/>
          <w:color w:val="000000" w:themeColor="text1"/>
          <w:sz w:val="24"/>
          <w:szCs w:val="24"/>
        </w:rPr>
        <w:t xml:space="preserve"> to any one individual or group;  </w:t>
      </w:r>
    </w:p>
    <w:p w14:paraId="7058A88C" w14:textId="7EAF70B1" w:rsidR="004A2BB4" w:rsidRPr="00E97264" w:rsidRDefault="004A2BB4" w:rsidP="0094211F">
      <w:pPr>
        <w:pStyle w:val="ListParagraph"/>
        <w:numPr>
          <w:ilvl w:val="0"/>
          <w:numId w:val="12"/>
        </w:numPr>
        <w:spacing w:after="240"/>
        <w:rPr>
          <w:bCs/>
          <w:color w:val="000000" w:themeColor="text1"/>
          <w:sz w:val="24"/>
          <w:szCs w:val="24"/>
        </w:rPr>
      </w:pPr>
      <w:r w:rsidRPr="00E97264">
        <w:rPr>
          <w:bCs/>
          <w:color w:val="000000" w:themeColor="text1"/>
          <w:sz w:val="24"/>
          <w:szCs w:val="24"/>
        </w:rPr>
        <w:t xml:space="preserve">Allow an individual to involve them in excessive attention seeking;  </w:t>
      </w:r>
    </w:p>
    <w:p w14:paraId="7F061FE7" w14:textId="7A8A97C8" w:rsidR="004A2BB4" w:rsidRPr="00E97264" w:rsidRDefault="004A2BB4" w:rsidP="0094211F">
      <w:pPr>
        <w:pStyle w:val="ListParagraph"/>
        <w:numPr>
          <w:ilvl w:val="0"/>
          <w:numId w:val="12"/>
        </w:numPr>
        <w:spacing w:after="240"/>
        <w:rPr>
          <w:bCs/>
          <w:color w:val="000000" w:themeColor="text1"/>
          <w:sz w:val="24"/>
          <w:szCs w:val="24"/>
        </w:rPr>
      </w:pPr>
      <w:r w:rsidRPr="00E97264">
        <w:rPr>
          <w:bCs/>
          <w:color w:val="000000" w:themeColor="text1"/>
          <w:sz w:val="24"/>
          <w:szCs w:val="24"/>
        </w:rPr>
        <w:lastRenderedPageBreak/>
        <w:t xml:space="preserve">Allow unknown adults </w:t>
      </w:r>
      <w:proofErr w:type="gramStart"/>
      <w:r w:rsidRPr="00E97264">
        <w:rPr>
          <w:bCs/>
          <w:color w:val="000000" w:themeColor="text1"/>
          <w:sz w:val="24"/>
          <w:szCs w:val="24"/>
        </w:rPr>
        <w:t>access to</w:t>
      </w:r>
      <w:proofErr w:type="gramEnd"/>
      <w:r w:rsidRPr="00E97264">
        <w:rPr>
          <w:bCs/>
          <w:color w:val="000000" w:themeColor="text1"/>
          <w:sz w:val="24"/>
          <w:szCs w:val="24"/>
        </w:rPr>
        <w:t xml:space="preserve"> children, young people and adults who may be vulnerable. Visitors should always be accompanied by an approved person;  </w:t>
      </w:r>
    </w:p>
    <w:p w14:paraId="701E4196" w14:textId="52754723" w:rsidR="004A2BB4" w:rsidRPr="00E97264" w:rsidRDefault="004A2BB4" w:rsidP="004A2BB4">
      <w:pPr>
        <w:pStyle w:val="ListParagraph"/>
        <w:numPr>
          <w:ilvl w:val="0"/>
          <w:numId w:val="12"/>
        </w:numPr>
        <w:spacing w:after="240"/>
        <w:rPr>
          <w:bCs/>
          <w:color w:val="000000" w:themeColor="text1"/>
          <w:sz w:val="24"/>
          <w:szCs w:val="24"/>
        </w:rPr>
      </w:pPr>
      <w:r w:rsidRPr="00E97264">
        <w:rPr>
          <w:bCs/>
          <w:color w:val="000000" w:themeColor="text1"/>
          <w:sz w:val="24"/>
          <w:szCs w:val="24"/>
        </w:rPr>
        <w:t xml:space="preserve">Allow strangers to give lifts to children, young people and adults who may be vulnerable in the group;  </w:t>
      </w:r>
    </w:p>
    <w:p w14:paraId="53C71752" w14:textId="6C433613" w:rsidR="004A2BB4" w:rsidRPr="00E97264" w:rsidRDefault="004A2BB4" w:rsidP="00D028E0">
      <w:pPr>
        <w:pStyle w:val="ListParagraph"/>
        <w:numPr>
          <w:ilvl w:val="0"/>
          <w:numId w:val="12"/>
        </w:numPr>
        <w:spacing w:after="240"/>
        <w:rPr>
          <w:bCs/>
          <w:color w:val="000000" w:themeColor="text1"/>
          <w:sz w:val="24"/>
          <w:szCs w:val="24"/>
        </w:rPr>
      </w:pPr>
      <w:r w:rsidRPr="00E97264">
        <w:rPr>
          <w:bCs/>
          <w:color w:val="000000" w:themeColor="text1"/>
          <w:sz w:val="24"/>
          <w:szCs w:val="24"/>
        </w:rPr>
        <w:t xml:space="preserve">Befriend children, young people and adults who may be vulnerable on social media;   </w:t>
      </w:r>
    </w:p>
    <w:p w14:paraId="1A183FEC" w14:textId="22144EE4" w:rsidR="004A2BB4" w:rsidRPr="00E97264" w:rsidRDefault="004A2BB4" w:rsidP="00D028E0">
      <w:pPr>
        <w:pStyle w:val="ListParagraph"/>
        <w:numPr>
          <w:ilvl w:val="0"/>
          <w:numId w:val="12"/>
        </w:numPr>
        <w:spacing w:after="240"/>
        <w:rPr>
          <w:bCs/>
          <w:color w:val="000000" w:themeColor="text1"/>
          <w:sz w:val="24"/>
          <w:szCs w:val="24"/>
        </w:rPr>
      </w:pPr>
      <w:r w:rsidRPr="00E97264">
        <w:rPr>
          <w:bCs/>
          <w:color w:val="000000" w:themeColor="text1"/>
          <w:sz w:val="24"/>
          <w:szCs w:val="24"/>
        </w:rPr>
        <w:t>Take photographs on personal phones or cameras as this means that images are</w:t>
      </w:r>
      <w:r w:rsidR="00D028E0" w:rsidRPr="00E97264">
        <w:rPr>
          <w:bCs/>
          <w:color w:val="000000" w:themeColor="text1"/>
          <w:sz w:val="24"/>
          <w:szCs w:val="24"/>
        </w:rPr>
        <w:t xml:space="preserve"> </w:t>
      </w:r>
      <w:r w:rsidRPr="00E97264">
        <w:rPr>
          <w:bCs/>
          <w:color w:val="000000" w:themeColor="text1"/>
          <w:sz w:val="24"/>
          <w:szCs w:val="24"/>
        </w:rPr>
        <w:t xml:space="preserve">stored on personal devices.   </w:t>
      </w:r>
    </w:p>
    <w:p w14:paraId="2F5904D8" w14:textId="77777777" w:rsidR="004A2BB4" w:rsidRPr="00E97264" w:rsidRDefault="004A2BB4" w:rsidP="004A2BB4">
      <w:pPr>
        <w:spacing w:after="240"/>
        <w:rPr>
          <w:b/>
          <w:color w:val="000000" w:themeColor="text1"/>
          <w:sz w:val="24"/>
          <w:szCs w:val="24"/>
        </w:rPr>
      </w:pPr>
      <w:r w:rsidRPr="00E97264">
        <w:rPr>
          <w:b/>
          <w:color w:val="000000" w:themeColor="text1"/>
          <w:sz w:val="24"/>
          <w:szCs w:val="24"/>
        </w:rPr>
        <w:t xml:space="preserve">In addition, for children and young people, must not:  </w:t>
      </w:r>
    </w:p>
    <w:p w14:paraId="016FB84E" w14:textId="1897D624" w:rsidR="004A2BB4" w:rsidRPr="00E97264" w:rsidRDefault="004A2BB4" w:rsidP="00D028E0">
      <w:pPr>
        <w:pStyle w:val="ListParagraph"/>
        <w:numPr>
          <w:ilvl w:val="0"/>
          <w:numId w:val="13"/>
        </w:numPr>
        <w:spacing w:after="240"/>
        <w:rPr>
          <w:bCs/>
          <w:color w:val="000000" w:themeColor="text1"/>
          <w:sz w:val="24"/>
          <w:szCs w:val="24"/>
        </w:rPr>
      </w:pPr>
      <w:r w:rsidRPr="00E97264">
        <w:rPr>
          <w:bCs/>
          <w:color w:val="000000" w:themeColor="text1"/>
          <w:sz w:val="24"/>
          <w:szCs w:val="24"/>
        </w:rPr>
        <w:t xml:space="preserve">Give lifts to children you are supervising, on their own or your own (unless there are exceptional circumstances e.g. in an emergency for medical reasons or where parents fail to collect a child and no other arrangements can be made to take a child home. In such situations, the circumstances and your decision must be recorded and shared with an appropriate person at the earliest opportunity);  </w:t>
      </w:r>
    </w:p>
    <w:p w14:paraId="76773EA7" w14:textId="2C3D3D19" w:rsidR="004A2BB4" w:rsidRPr="00E97264" w:rsidRDefault="004A2BB4" w:rsidP="00D028E0">
      <w:pPr>
        <w:pStyle w:val="ListParagraph"/>
        <w:numPr>
          <w:ilvl w:val="0"/>
          <w:numId w:val="13"/>
        </w:numPr>
        <w:spacing w:after="240"/>
        <w:rPr>
          <w:bCs/>
          <w:color w:val="000000" w:themeColor="text1"/>
          <w:sz w:val="24"/>
          <w:szCs w:val="24"/>
        </w:rPr>
      </w:pPr>
      <w:r w:rsidRPr="00E97264">
        <w:rPr>
          <w:bCs/>
          <w:color w:val="000000" w:themeColor="text1"/>
          <w:sz w:val="24"/>
          <w:szCs w:val="24"/>
        </w:rPr>
        <w:t>Smoke or drink alcohol in the presence of children and young people, except when this</w:t>
      </w:r>
      <w:r w:rsidR="00D028E0" w:rsidRPr="00E97264">
        <w:rPr>
          <w:bCs/>
          <w:color w:val="000000" w:themeColor="text1"/>
          <w:sz w:val="24"/>
          <w:szCs w:val="24"/>
        </w:rPr>
        <w:t xml:space="preserve"> </w:t>
      </w:r>
      <w:r w:rsidRPr="00E97264">
        <w:rPr>
          <w:bCs/>
          <w:color w:val="000000" w:themeColor="text1"/>
          <w:sz w:val="24"/>
          <w:szCs w:val="24"/>
        </w:rPr>
        <w:t xml:space="preserve">is a social situation with family members/carers present, </w:t>
      </w:r>
      <w:proofErr w:type="spellStart"/>
      <w:r w:rsidRPr="00E97264">
        <w:rPr>
          <w:bCs/>
          <w:color w:val="000000" w:themeColor="text1"/>
          <w:sz w:val="24"/>
          <w:szCs w:val="24"/>
        </w:rPr>
        <w:t>eg</w:t>
      </w:r>
      <w:proofErr w:type="spellEnd"/>
      <w:r w:rsidRPr="00E97264">
        <w:rPr>
          <w:bCs/>
          <w:color w:val="000000" w:themeColor="text1"/>
          <w:sz w:val="24"/>
          <w:szCs w:val="24"/>
        </w:rPr>
        <w:t xml:space="preserve"> a parish party</w:t>
      </w:r>
      <w:r w:rsidR="004121BB" w:rsidRPr="00E97264">
        <w:rPr>
          <w:bCs/>
          <w:color w:val="000000" w:themeColor="text1"/>
          <w:sz w:val="24"/>
          <w:szCs w:val="24"/>
          <w:vertAlign w:val="superscript"/>
        </w:rPr>
        <w:t>1</w:t>
      </w:r>
    </w:p>
    <w:p w14:paraId="6B53983D" w14:textId="3D9E7214" w:rsidR="004A2BB4" w:rsidRPr="00E97264" w:rsidRDefault="004A2BB4" w:rsidP="004A2BB4">
      <w:pPr>
        <w:pStyle w:val="ListParagraph"/>
        <w:numPr>
          <w:ilvl w:val="0"/>
          <w:numId w:val="13"/>
        </w:numPr>
        <w:spacing w:after="240"/>
        <w:rPr>
          <w:bCs/>
          <w:color w:val="000000" w:themeColor="text1"/>
          <w:sz w:val="24"/>
          <w:szCs w:val="24"/>
        </w:rPr>
      </w:pPr>
      <w:r w:rsidRPr="00E97264">
        <w:rPr>
          <w:bCs/>
          <w:color w:val="000000" w:themeColor="text1"/>
          <w:sz w:val="24"/>
          <w:szCs w:val="24"/>
        </w:rPr>
        <w:t xml:space="preserve">Arrange social occasions with children and young people (other than events which also include family members/carers) outside </w:t>
      </w:r>
      <w:proofErr w:type="spellStart"/>
      <w:r w:rsidRPr="00E97264">
        <w:rPr>
          <w:bCs/>
          <w:color w:val="000000" w:themeColor="text1"/>
          <w:sz w:val="24"/>
          <w:szCs w:val="24"/>
        </w:rPr>
        <w:t>organised</w:t>
      </w:r>
      <w:proofErr w:type="spellEnd"/>
      <w:r w:rsidRPr="00E97264">
        <w:rPr>
          <w:bCs/>
          <w:color w:val="000000" w:themeColor="text1"/>
          <w:sz w:val="24"/>
          <w:szCs w:val="24"/>
        </w:rPr>
        <w:t xml:space="preserve"> group occasions.   </w:t>
      </w:r>
    </w:p>
    <w:p w14:paraId="01045267" w14:textId="77777777" w:rsidR="004A2BB4" w:rsidRPr="00E97264" w:rsidRDefault="004A2BB4" w:rsidP="004A2BB4">
      <w:pPr>
        <w:spacing w:after="240"/>
        <w:rPr>
          <w:b/>
          <w:color w:val="000000" w:themeColor="text1"/>
          <w:sz w:val="24"/>
          <w:szCs w:val="24"/>
        </w:rPr>
      </w:pPr>
      <w:r w:rsidRPr="00E97264">
        <w:rPr>
          <w:b/>
          <w:color w:val="000000" w:themeColor="text1"/>
          <w:sz w:val="24"/>
          <w:szCs w:val="24"/>
        </w:rPr>
        <w:t xml:space="preserve">Acceptable Touch  </w:t>
      </w:r>
    </w:p>
    <w:p w14:paraId="0D6868F7" w14:textId="1F75992E" w:rsidR="004A2BB4" w:rsidRPr="00E97264" w:rsidRDefault="004A2BB4" w:rsidP="004A2BB4">
      <w:pPr>
        <w:spacing w:after="240"/>
        <w:rPr>
          <w:bCs/>
          <w:color w:val="000000" w:themeColor="text1"/>
          <w:sz w:val="24"/>
          <w:szCs w:val="24"/>
        </w:rPr>
      </w:pPr>
      <w:r w:rsidRPr="00E97264">
        <w:rPr>
          <w:bCs/>
          <w:color w:val="000000" w:themeColor="text1"/>
          <w:sz w:val="24"/>
          <w:szCs w:val="24"/>
        </w:rPr>
        <w:t>Sympathetic attention, encouragement and appropriate physical contact are needed by children and adults. Some physical contact with children, particularly younger children, can be wholly appropriate. However, abusers can use touch that appears safe to ‘</w:t>
      </w:r>
      <w:proofErr w:type="spellStart"/>
      <w:r w:rsidRPr="00E97264">
        <w:rPr>
          <w:bCs/>
          <w:color w:val="000000" w:themeColor="text1"/>
          <w:sz w:val="24"/>
          <w:szCs w:val="24"/>
        </w:rPr>
        <w:t>normalise</w:t>
      </w:r>
      <w:proofErr w:type="spellEnd"/>
      <w:r w:rsidRPr="00E97264">
        <w:rPr>
          <w:bCs/>
          <w:color w:val="000000" w:themeColor="text1"/>
          <w:sz w:val="24"/>
          <w:szCs w:val="24"/>
        </w:rPr>
        <w:t xml:space="preserve">’ physical contact which then becomes abusive. </w:t>
      </w:r>
      <w:proofErr w:type="gramStart"/>
      <w:r w:rsidRPr="00E97264">
        <w:rPr>
          <w:bCs/>
          <w:color w:val="000000" w:themeColor="text1"/>
          <w:sz w:val="24"/>
          <w:szCs w:val="24"/>
        </w:rPr>
        <w:t>As a general rule</w:t>
      </w:r>
      <w:proofErr w:type="gramEnd"/>
      <w:r w:rsidRPr="00E97264">
        <w:rPr>
          <w:bCs/>
          <w:color w:val="000000" w:themeColor="text1"/>
          <w:sz w:val="24"/>
          <w:szCs w:val="24"/>
        </w:rPr>
        <w:t xml:space="preserve">, the use of touch between adults in positions of responsibility and those with whom they are working or volunteering should be initiated by the person </w:t>
      </w:r>
      <w:proofErr w:type="gramStart"/>
      <w:r w:rsidRPr="00E97264">
        <w:rPr>
          <w:bCs/>
          <w:color w:val="000000" w:themeColor="text1"/>
          <w:sz w:val="24"/>
          <w:szCs w:val="24"/>
        </w:rPr>
        <w:t>themselves, and</w:t>
      </w:r>
      <w:proofErr w:type="gramEnd"/>
      <w:r w:rsidRPr="00E97264">
        <w:rPr>
          <w:bCs/>
          <w:color w:val="000000" w:themeColor="text1"/>
          <w:sz w:val="24"/>
          <w:szCs w:val="24"/>
        </w:rPr>
        <w:t xml:space="preserve"> kept to the minimum. In addition to this, always follow the guidelines below:  </w:t>
      </w:r>
    </w:p>
    <w:p w14:paraId="798F9349" w14:textId="095F35D5" w:rsidR="004A2BB4" w:rsidRPr="00E97264" w:rsidRDefault="004A2BB4" w:rsidP="004A2BB4">
      <w:pPr>
        <w:spacing w:after="240"/>
        <w:rPr>
          <w:b/>
          <w:color w:val="000000" w:themeColor="text1"/>
          <w:sz w:val="24"/>
          <w:szCs w:val="24"/>
        </w:rPr>
      </w:pPr>
      <w:r w:rsidRPr="00E97264">
        <w:rPr>
          <w:b/>
          <w:color w:val="000000" w:themeColor="text1"/>
          <w:sz w:val="24"/>
          <w:szCs w:val="24"/>
        </w:rPr>
        <w:t xml:space="preserve">Ask permission before you touch someone;  </w:t>
      </w:r>
    </w:p>
    <w:p w14:paraId="1BAB6956" w14:textId="49704E64" w:rsidR="004A2BB4" w:rsidRPr="00E97264" w:rsidRDefault="004A2BB4" w:rsidP="004121BB">
      <w:pPr>
        <w:pStyle w:val="ListParagraph"/>
        <w:numPr>
          <w:ilvl w:val="0"/>
          <w:numId w:val="14"/>
        </w:numPr>
        <w:spacing w:after="240"/>
        <w:rPr>
          <w:bCs/>
          <w:color w:val="000000" w:themeColor="text1"/>
          <w:sz w:val="24"/>
          <w:szCs w:val="24"/>
        </w:rPr>
      </w:pPr>
      <w:r w:rsidRPr="00E97264">
        <w:rPr>
          <w:bCs/>
          <w:color w:val="000000" w:themeColor="text1"/>
          <w:sz w:val="24"/>
          <w:szCs w:val="24"/>
        </w:rPr>
        <w:t xml:space="preserve">Allow the other person to determine the degree of touch except in exceptional circumstances (e.g. when they need medical attention);   </w:t>
      </w:r>
    </w:p>
    <w:p w14:paraId="60B7C6A3" w14:textId="4B60F40A" w:rsidR="004A2BB4" w:rsidRPr="00E97264" w:rsidRDefault="004A2BB4" w:rsidP="004121BB">
      <w:pPr>
        <w:pStyle w:val="ListParagraph"/>
        <w:numPr>
          <w:ilvl w:val="0"/>
          <w:numId w:val="14"/>
        </w:numPr>
        <w:spacing w:after="240"/>
        <w:rPr>
          <w:bCs/>
          <w:color w:val="000000" w:themeColor="text1"/>
          <w:sz w:val="24"/>
          <w:szCs w:val="24"/>
        </w:rPr>
      </w:pPr>
      <w:r w:rsidRPr="00E97264">
        <w:rPr>
          <w:bCs/>
          <w:color w:val="000000" w:themeColor="text1"/>
          <w:sz w:val="24"/>
          <w:szCs w:val="24"/>
        </w:rPr>
        <w:t xml:space="preserve">Avoid any physical contact that is or could be construed as sexual, abusive or offensive;  </w:t>
      </w:r>
    </w:p>
    <w:p w14:paraId="5BB55C8D" w14:textId="312A3349" w:rsidR="004A2BB4" w:rsidRPr="00E97264" w:rsidRDefault="004121BB" w:rsidP="004A2BB4">
      <w:pPr>
        <w:spacing w:after="240"/>
        <w:rPr>
          <w:bCs/>
          <w:color w:val="000000" w:themeColor="text1"/>
          <w:sz w:val="24"/>
          <w:szCs w:val="24"/>
        </w:rPr>
      </w:pPr>
      <w:r w:rsidRPr="00E97264">
        <w:rPr>
          <w:bCs/>
          <w:color w:val="000000" w:themeColor="text1"/>
          <w:sz w:val="24"/>
          <w:szCs w:val="24"/>
          <w:vertAlign w:val="superscript"/>
        </w:rPr>
        <w:t>1</w:t>
      </w:r>
      <w:r w:rsidR="004A2BB4" w:rsidRPr="00E97264">
        <w:rPr>
          <w:bCs/>
          <w:color w:val="000000" w:themeColor="text1"/>
          <w:sz w:val="24"/>
          <w:szCs w:val="24"/>
        </w:rPr>
        <w:t xml:space="preserve">For the avoidance of doubt this document does not apply to church services, including Holy Communion.   </w:t>
      </w:r>
    </w:p>
    <w:p w14:paraId="10758EE3" w14:textId="148CF829" w:rsidR="004A2BB4" w:rsidRPr="00E97264" w:rsidRDefault="004A2BB4" w:rsidP="004121BB">
      <w:pPr>
        <w:pStyle w:val="ListParagraph"/>
        <w:numPr>
          <w:ilvl w:val="0"/>
          <w:numId w:val="15"/>
        </w:numPr>
        <w:spacing w:after="240"/>
        <w:rPr>
          <w:bCs/>
          <w:color w:val="000000" w:themeColor="text1"/>
          <w:sz w:val="24"/>
          <w:szCs w:val="24"/>
        </w:rPr>
      </w:pPr>
      <w:r w:rsidRPr="00E97264">
        <w:rPr>
          <w:bCs/>
          <w:color w:val="000000" w:themeColor="text1"/>
          <w:sz w:val="24"/>
          <w:szCs w:val="24"/>
        </w:rPr>
        <w:t xml:space="preserve">Keep everything public. A hug in the context of a group is very different from a hug behind closed doors;  </w:t>
      </w:r>
    </w:p>
    <w:p w14:paraId="503B8EFD" w14:textId="2871BF60" w:rsidR="004A2BB4" w:rsidRPr="00E97264" w:rsidRDefault="004A2BB4" w:rsidP="004121BB">
      <w:pPr>
        <w:pStyle w:val="ListParagraph"/>
        <w:numPr>
          <w:ilvl w:val="0"/>
          <w:numId w:val="15"/>
        </w:numPr>
        <w:spacing w:after="240"/>
        <w:rPr>
          <w:bCs/>
          <w:color w:val="000000" w:themeColor="text1"/>
          <w:sz w:val="24"/>
          <w:szCs w:val="24"/>
        </w:rPr>
      </w:pPr>
      <w:r w:rsidRPr="00E97264">
        <w:rPr>
          <w:bCs/>
          <w:color w:val="000000" w:themeColor="text1"/>
          <w:sz w:val="24"/>
          <w:szCs w:val="24"/>
        </w:rPr>
        <w:t>Touch should be in response to a person’s needs and not related to the worker’s needs. Touch should be age appropriate, welcome and generally initiated by the child, not the</w:t>
      </w:r>
      <w:r w:rsidR="00963446" w:rsidRPr="00E97264">
        <w:rPr>
          <w:bCs/>
          <w:color w:val="000000" w:themeColor="text1"/>
          <w:sz w:val="24"/>
          <w:szCs w:val="24"/>
        </w:rPr>
        <w:t xml:space="preserve"> </w:t>
      </w:r>
      <w:r w:rsidRPr="00E97264">
        <w:rPr>
          <w:bCs/>
          <w:color w:val="000000" w:themeColor="text1"/>
          <w:sz w:val="24"/>
          <w:szCs w:val="24"/>
        </w:rPr>
        <w:t xml:space="preserve">worker.   </w:t>
      </w:r>
    </w:p>
    <w:p w14:paraId="2958136D" w14:textId="66ADF3A8" w:rsidR="0056400B" w:rsidRDefault="00BD6111">
      <w:pPr>
        <w:spacing w:after="240"/>
        <w:rPr>
          <w:b/>
          <w:bCs/>
          <w:color w:val="000000" w:themeColor="text1"/>
          <w:sz w:val="24"/>
          <w:szCs w:val="24"/>
        </w:rPr>
      </w:pPr>
      <w:r w:rsidRPr="00E97264">
        <w:rPr>
          <w:b/>
          <w:bCs/>
          <w:color w:val="000000" w:themeColor="text1"/>
          <w:sz w:val="24"/>
          <w:szCs w:val="24"/>
        </w:rPr>
        <w:t>I confirm that I have read this:</w:t>
      </w:r>
    </w:p>
    <w:p w14:paraId="741FB411" w14:textId="762AA6AE" w:rsidR="00BD6111" w:rsidRPr="00E97264" w:rsidRDefault="00BD6111">
      <w:pPr>
        <w:spacing w:after="240"/>
        <w:rPr>
          <w:b/>
          <w:bCs/>
          <w:color w:val="000000" w:themeColor="text1"/>
          <w:sz w:val="24"/>
          <w:szCs w:val="24"/>
        </w:rPr>
      </w:pPr>
      <w:r w:rsidRPr="00E97264">
        <w:rPr>
          <w:b/>
          <w:bCs/>
          <w:color w:val="000000" w:themeColor="text1"/>
          <w:sz w:val="24"/>
          <w:szCs w:val="24"/>
        </w:rPr>
        <w:t>Name:</w:t>
      </w:r>
      <w:r w:rsidR="0056400B">
        <w:rPr>
          <w:b/>
          <w:bCs/>
          <w:color w:val="000000" w:themeColor="text1"/>
          <w:sz w:val="24"/>
          <w:szCs w:val="24"/>
        </w:rPr>
        <w:tab/>
      </w:r>
      <w:r w:rsidR="0056400B">
        <w:rPr>
          <w:b/>
          <w:bCs/>
          <w:color w:val="000000" w:themeColor="text1"/>
          <w:sz w:val="24"/>
          <w:szCs w:val="24"/>
        </w:rPr>
        <w:tab/>
      </w:r>
      <w:r w:rsidR="0056400B">
        <w:rPr>
          <w:b/>
          <w:bCs/>
          <w:color w:val="000000" w:themeColor="text1"/>
          <w:sz w:val="24"/>
          <w:szCs w:val="24"/>
        </w:rPr>
        <w:tab/>
      </w:r>
      <w:r w:rsidR="0056400B">
        <w:rPr>
          <w:b/>
          <w:bCs/>
          <w:color w:val="000000" w:themeColor="text1"/>
          <w:sz w:val="24"/>
          <w:szCs w:val="24"/>
        </w:rPr>
        <w:tab/>
      </w:r>
      <w:r w:rsidR="0056400B">
        <w:rPr>
          <w:b/>
          <w:bCs/>
          <w:color w:val="000000" w:themeColor="text1"/>
          <w:sz w:val="24"/>
          <w:szCs w:val="24"/>
        </w:rPr>
        <w:tab/>
      </w:r>
      <w:r w:rsidR="0056400B">
        <w:rPr>
          <w:b/>
          <w:bCs/>
          <w:color w:val="000000" w:themeColor="text1"/>
          <w:sz w:val="24"/>
          <w:szCs w:val="24"/>
        </w:rPr>
        <w:tab/>
      </w:r>
      <w:r w:rsidR="0056400B">
        <w:rPr>
          <w:b/>
          <w:bCs/>
          <w:color w:val="000000" w:themeColor="text1"/>
          <w:sz w:val="24"/>
          <w:szCs w:val="24"/>
        </w:rPr>
        <w:tab/>
      </w:r>
      <w:r w:rsidR="0056400B">
        <w:rPr>
          <w:b/>
          <w:bCs/>
          <w:color w:val="000000" w:themeColor="text1"/>
          <w:sz w:val="24"/>
          <w:szCs w:val="24"/>
        </w:rPr>
        <w:tab/>
      </w:r>
      <w:r w:rsidRPr="00E97264">
        <w:rPr>
          <w:b/>
          <w:bCs/>
          <w:color w:val="000000" w:themeColor="text1"/>
          <w:sz w:val="24"/>
          <w:szCs w:val="24"/>
        </w:rPr>
        <w:t>Date:</w:t>
      </w:r>
    </w:p>
    <w:sectPr w:rsidR="00BD6111" w:rsidRPr="00E97264" w:rsidSect="005640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8A49A3"/>
    <w:multiLevelType w:val="hybridMultilevel"/>
    <w:tmpl w:val="598C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B76445"/>
    <w:multiLevelType w:val="hybridMultilevel"/>
    <w:tmpl w:val="02FE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8E5F63"/>
    <w:multiLevelType w:val="hybridMultilevel"/>
    <w:tmpl w:val="5A4A2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C1ECF"/>
    <w:multiLevelType w:val="hybridMultilevel"/>
    <w:tmpl w:val="51942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51158B"/>
    <w:multiLevelType w:val="hybridMultilevel"/>
    <w:tmpl w:val="65A26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673DDA"/>
    <w:multiLevelType w:val="hybridMultilevel"/>
    <w:tmpl w:val="07C8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3306817">
    <w:abstractNumId w:val="8"/>
  </w:num>
  <w:num w:numId="2" w16cid:durableId="1632519858">
    <w:abstractNumId w:val="6"/>
  </w:num>
  <w:num w:numId="3" w16cid:durableId="1346403488">
    <w:abstractNumId w:val="5"/>
  </w:num>
  <w:num w:numId="4" w16cid:durableId="32271742">
    <w:abstractNumId w:val="4"/>
  </w:num>
  <w:num w:numId="5" w16cid:durableId="1545679862">
    <w:abstractNumId w:val="7"/>
  </w:num>
  <w:num w:numId="6" w16cid:durableId="1986278585">
    <w:abstractNumId w:val="3"/>
  </w:num>
  <w:num w:numId="7" w16cid:durableId="1056316728">
    <w:abstractNumId w:val="2"/>
  </w:num>
  <w:num w:numId="8" w16cid:durableId="294796835">
    <w:abstractNumId w:val="1"/>
  </w:num>
  <w:num w:numId="9" w16cid:durableId="1235505619">
    <w:abstractNumId w:val="0"/>
  </w:num>
  <w:num w:numId="10" w16cid:durableId="1719206523">
    <w:abstractNumId w:val="13"/>
  </w:num>
  <w:num w:numId="11" w16cid:durableId="1393503614">
    <w:abstractNumId w:val="10"/>
  </w:num>
  <w:num w:numId="12" w16cid:durableId="291862041">
    <w:abstractNumId w:val="9"/>
  </w:num>
  <w:num w:numId="13" w16cid:durableId="1222211015">
    <w:abstractNumId w:val="11"/>
  </w:num>
  <w:num w:numId="14" w16cid:durableId="2018344000">
    <w:abstractNumId w:val="14"/>
  </w:num>
  <w:num w:numId="15" w16cid:durableId="611861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5770"/>
    <w:rsid w:val="0015074B"/>
    <w:rsid w:val="0029639D"/>
    <w:rsid w:val="00326F90"/>
    <w:rsid w:val="004121BB"/>
    <w:rsid w:val="004A2BB4"/>
    <w:rsid w:val="004C4107"/>
    <w:rsid w:val="0056400B"/>
    <w:rsid w:val="008321B6"/>
    <w:rsid w:val="0094211F"/>
    <w:rsid w:val="00963446"/>
    <w:rsid w:val="00990219"/>
    <w:rsid w:val="009E468D"/>
    <w:rsid w:val="00AA1D8D"/>
    <w:rsid w:val="00AD587F"/>
    <w:rsid w:val="00B47730"/>
    <w:rsid w:val="00B7776C"/>
    <w:rsid w:val="00BD6111"/>
    <w:rsid w:val="00CB0664"/>
    <w:rsid w:val="00D028E0"/>
    <w:rsid w:val="00D421F3"/>
    <w:rsid w:val="00E97264"/>
    <w:rsid w:val="00EB2A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5433321-B34A-4BBD-882C-90FFE211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4041</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 Adams</cp:lastModifiedBy>
  <cp:revision>2</cp:revision>
  <dcterms:created xsi:type="dcterms:W3CDTF">2026-07-02T10:43:00Z</dcterms:created>
  <dcterms:modified xsi:type="dcterms:W3CDTF">2026-07-02T10:43:00Z</dcterms:modified>
  <cp:category/>
</cp:coreProperties>
</file>