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E0"/>
  <w:body>
    <w:p w:rsidR="00831D9B" w:rsidRPr="00831D9B" w:rsidRDefault="00595961" w:rsidP="00FB73D4">
      <w:pPr>
        <w:pStyle w:val="Heading1"/>
      </w:pPr>
      <w:r>
        <w:rPr>
          <w:noProof/>
          <w:sz w:val="40"/>
          <w:szCs w:val="40"/>
          <w:lang w:val="en-GB" w:eastAsia="en-GB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200025</wp:posOffset>
            </wp:positionV>
            <wp:extent cx="1157605" cy="952500"/>
            <wp:effectExtent l="19050" t="0" r="4445" b="0"/>
            <wp:wrapTight wrapText="bothSides">
              <wp:wrapPolygon edited="0">
                <wp:start x="-355" y="0"/>
                <wp:lineTo x="-355" y="21168"/>
                <wp:lineTo x="21683" y="21168"/>
                <wp:lineTo x="21683" y="0"/>
                <wp:lineTo x="-355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179D">
        <w:rPr>
          <w:sz w:val="40"/>
          <w:szCs w:val="40"/>
        </w:rPr>
        <w:t>Christ Church Parbold</w:t>
      </w:r>
      <w:r w:rsidR="00F1172E">
        <w:rPr>
          <w:sz w:val="40"/>
          <w:szCs w:val="40"/>
        </w:rPr>
        <w:t xml:space="preserve">   </w:t>
      </w:r>
      <w:r w:rsidR="00B01470">
        <w:rPr>
          <w:sz w:val="40"/>
          <w:szCs w:val="40"/>
        </w:rPr>
        <w:t xml:space="preserve">     </w:t>
      </w:r>
      <w:r w:rsidR="00F1172E">
        <w:rPr>
          <w:sz w:val="40"/>
          <w:szCs w:val="40"/>
        </w:rPr>
        <w:t xml:space="preserve">           </w:t>
      </w:r>
      <w:r w:rsidR="008D114E">
        <w:rPr>
          <w:sz w:val="40"/>
          <w:szCs w:val="40"/>
        </w:rPr>
        <w:t xml:space="preserve">   </w:t>
      </w:r>
      <w:r w:rsidR="004769F6">
        <w:rPr>
          <w:sz w:val="40"/>
          <w:szCs w:val="40"/>
        </w:rPr>
        <w:t xml:space="preserve">   </w:t>
      </w:r>
      <w:r w:rsidR="00D7179D">
        <w:rPr>
          <w:sz w:val="40"/>
          <w:szCs w:val="40"/>
        </w:rPr>
        <w:t xml:space="preserve"> </w:t>
      </w:r>
      <w:r w:rsidR="005360A3">
        <w:rPr>
          <w:sz w:val="40"/>
          <w:szCs w:val="40"/>
        </w:rPr>
        <w:t xml:space="preserve"> </w:t>
      </w:r>
      <w:r w:rsidR="000E1932">
        <w:rPr>
          <w:sz w:val="40"/>
          <w:szCs w:val="40"/>
        </w:rPr>
        <w:t xml:space="preserve"> </w:t>
      </w:r>
      <w:r w:rsidR="00D90425">
        <w:rPr>
          <w:sz w:val="40"/>
          <w:szCs w:val="40"/>
        </w:rPr>
        <w:t>September</w:t>
      </w:r>
      <w:r w:rsidR="00BC0E3E">
        <w:rPr>
          <w:sz w:val="40"/>
          <w:szCs w:val="40"/>
        </w:rPr>
        <w:t xml:space="preserve"> Services</w:t>
      </w:r>
    </w:p>
    <w:p w:rsidR="00435843" w:rsidRDefault="00E641BE">
      <w:pPr>
        <w:rPr>
          <w:sz w:val="28"/>
          <w:szCs w:val="28"/>
        </w:rPr>
      </w:pPr>
      <w:r>
        <w:rPr>
          <w:sz w:val="28"/>
          <w:szCs w:val="28"/>
        </w:rPr>
        <w:t>Join us</w:t>
      </w:r>
      <w:r w:rsidR="006B3F9F">
        <w:rPr>
          <w:sz w:val="28"/>
          <w:szCs w:val="28"/>
        </w:rPr>
        <w:t xml:space="preserve"> for our</w:t>
      </w:r>
      <w:r w:rsidR="00435843">
        <w:rPr>
          <w:sz w:val="28"/>
          <w:szCs w:val="28"/>
        </w:rPr>
        <w:t xml:space="preserve"> usual</w:t>
      </w:r>
      <w:r w:rsidR="006B3F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varied mix of services </w:t>
      </w:r>
      <w:r w:rsidR="006B3F9F">
        <w:rPr>
          <w:sz w:val="28"/>
          <w:szCs w:val="28"/>
        </w:rPr>
        <w:t xml:space="preserve">and activities.  </w:t>
      </w:r>
    </w:p>
    <w:p w:rsidR="001C5997" w:rsidRPr="00F71434" w:rsidRDefault="006B3F9F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0E1932">
        <w:rPr>
          <w:sz w:val="28"/>
          <w:szCs w:val="28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                                            </w:t>
      </w:r>
      <w:r w:rsidR="000E1932">
        <w:rPr>
          <w:b/>
          <w:sz w:val="28"/>
          <w:szCs w:val="28"/>
        </w:rPr>
        <w:t xml:space="preserve">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="00142496" w:rsidRPr="00F71434">
        <w:rPr>
          <w:b/>
          <w:sz w:val="24"/>
          <w:szCs w:val="24"/>
        </w:rPr>
        <w:t>Sunday</w:t>
      </w:r>
      <w:r w:rsidR="0007308E">
        <w:rPr>
          <w:b/>
          <w:sz w:val="24"/>
          <w:szCs w:val="24"/>
        </w:rPr>
        <w:t>’</w:t>
      </w:r>
      <w:r w:rsidR="00142496" w:rsidRPr="00F71434">
        <w:rPr>
          <w:b/>
          <w:sz w:val="24"/>
          <w:szCs w:val="24"/>
        </w:rPr>
        <w:t>s</w:t>
      </w:r>
      <w:r w:rsidR="00D90425">
        <w:rPr>
          <w:b/>
          <w:sz w:val="24"/>
          <w:szCs w:val="24"/>
        </w:rPr>
        <w:t xml:space="preserve"> (except 6</w:t>
      </w:r>
      <w:r w:rsidR="00D90425" w:rsidRPr="00D90425">
        <w:rPr>
          <w:b/>
          <w:sz w:val="24"/>
          <w:szCs w:val="24"/>
        </w:rPr>
        <w:t>th</w:t>
      </w:r>
      <w:r w:rsidR="00D90425">
        <w:rPr>
          <w:b/>
          <w:sz w:val="24"/>
          <w:szCs w:val="24"/>
        </w:rPr>
        <w:t xml:space="preserve"> &amp; 20th</w:t>
      </w:r>
      <w:r w:rsidR="003C0E06">
        <w:rPr>
          <w:b/>
          <w:sz w:val="24"/>
          <w:szCs w:val="24"/>
        </w:rPr>
        <w:t>)</w:t>
      </w:r>
      <w:r w:rsidR="00142496" w:rsidRPr="00F71434">
        <w:rPr>
          <w:b/>
          <w:sz w:val="24"/>
          <w:szCs w:val="24"/>
        </w:rPr>
        <w:t xml:space="preserve"> 8:00am – Holy Communion</w:t>
      </w:r>
      <w:r w:rsidR="00142496" w:rsidRPr="00F71434">
        <w:rPr>
          <w:b/>
          <w:sz w:val="24"/>
          <w:szCs w:val="24"/>
        </w:rPr>
        <w:br/>
      </w:r>
      <w:r w:rsidR="000E1932">
        <w:rPr>
          <w:sz w:val="24"/>
          <w:szCs w:val="24"/>
        </w:rPr>
        <w:t>Q</w:t>
      </w:r>
      <w:r w:rsidR="00142496" w:rsidRPr="00F71434">
        <w:rPr>
          <w:sz w:val="24"/>
          <w:szCs w:val="24"/>
        </w:rPr>
        <w:t>uiet, reflective, said service</w:t>
      </w:r>
      <w:r w:rsidR="000E1932">
        <w:rPr>
          <w:sz w:val="24"/>
          <w:szCs w:val="24"/>
        </w:rPr>
        <w:t>s</w:t>
      </w:r>
      <w:r w:rsidR="00142496" w:rsidRPr="00F71434">
        <w:rPr>
          <w:sz w:val="24"/>
          <w:szCs w:val="24"/>
        </w:rPr>
        <w:t>.</w:t>
      </w:r>
    </w:p>
    <w:p w:rsidR="00EE523F" w:rsidRPr="00F71434" w:rsidRDefault="00142496">
      <w:pPr>
        <w:rPr>
          <w:sz w:val="24"/>
          <w:szCs w:val="24"/>
        </w:rPr>
      </w:pPr>
      <w:r w:rsidRPr="00F71434">
        <w:rPr>
          <w:b/>
          <w:sz w:val="24"/>
          <w:szCs w:val="24"/>
        </w:rPr>
        <w:t>Sunday</w:t>
      </w:r>
      <w:r w:rsidR="0007308E">
        <w:rPr>
          <w:b/>
          <w:sz w:val="24"/>
          <w:szCs w:val="24"/>
        </w:rPr>
        <w:t>’</w:t>
      </w:r>
      <w:r w:rsidRPr="00F71434">
        <w:rPr>
          <w:b/>
          <w:sz w:val="24"/>
          <w:szCs w:val="24"/>
        </w:rPr>
        <w:t>s, 10:30am – Worship Service</w:t>
      </w:r>
      <w:r w:rsidRPr="00F71434">
        <w:rPr>
          <w:b/>
          <w:sz w:val="24"/>
          <w:szCs w:val="24"/>
        </w:rPr>
        <w:br/>
      </w:r>
      <w:r w:rsidRPr="00F71434">
        <w:rPr>
          <w:sz w:val="24"/>
          <w:szCs w:val="24"/>
        </w:rPr>
        <w:t>Friendly and uplifting worship services, with something for everyone.</w:t>
      </w:r>
    </w:p>
    <w:p w:rsidR="00F6063F" w:rsidRPr="00F71434" w:rsidRDefault="00142496">
      <w:pPr>
        <w:rPr>
          <w:sz w:val="24"/>
          <w:szCs w:val="24"/>
        </w:rPr>
      </w:pPr>
      <w:r w:rsidRPr="00F71434">
        <w:rPr>
          <w:b/>
          <w:sz w:val="24"/>
          <w:szCs w:val="24"/>
        </w:rPr>
        <w:t>Wednesday</w:t>
      </w:r>
      <w:r w:rsidR="0007308E">
        <w:rPr>
          <w:b/>
          <w:sz w:val="24"/>
          <w:szCs w:val="24"/>
        </w:rPr>
        <w:t>’</w:t>
      </w:r>
      <w:r w:rsidRPr="00F71434">
        <w:rPr>
          <w:b/>
          <w:sz w:val="24"/>
          <w:szCs w:val="24"/>
        </w:rPr>
        <w:t xml:space="preserve">s, 10:30am – </w:t>
      </w:r>
      <w:r w:rsidR="000134FA">
        <w:rPr>
          <w:b/>
          <w:sz w:val="24"/>
          <w:szCs w:val="24"/>
        </w:rPr>
        <w:t xml:space="preserve">Service of </w:t>
      </w:r>
      <w:r w:rsidRPr="00F71434">
        <w:rPr>
          <w:b/>
          <w:sz w:val="24"/>
          <w:szCs w:val="24"/>
        </w:rPr>
        <w:t>Holy Commun</w:t>
      </w:r>
      <w:r w:rsidR="00D90425">
        <w:rPr>
          <w:b/>
          <w:sz w:val="24"/>
          <w:szCs w:val="24"/>
        </w:rPr>
        <w:t>ion at Parbold WI (Resumes 16</w:t>
      </w:r>
      <w:r w:rsidR="00D90425" w:rsidRPr="00D90425">
        <w:rPr>
          <w:b/>
          <w:sz w:val="24"/>
          <w:szCs w:val="24"/>
        </w:rPr>
        <w:t>th</w:t>
      </w:r>
      <w:r w:rsidR="00317037">
        <w:rPr>
          <w:b/>
          <w:sz w:val="24"/>
          <w:szCs w:val="24"/>
        </w:rPr>
        <w:t xml:space="preserve">) </w:t>
      </w:r>
      <w:r w:rsidR="00317037" w:rsidRPr="00F71434">
        <w:rPr>
          <w:b/>
          <w:sz w:val="24"/>
          <w:szCs w:val="24"/>
        </w:rPr>
        <w:t>Light</w:t>
      </w:r>
      <w:r w:rsidR="00C77C8E" w:rsidRPr="00C77C8E">
        <w:rPr>
          <w:sz w:val="24"/>
          <w:szCs w:val="24"/>
        </w:rPr>
        <w:t xml:space="preserve"> r</w:t>
      </w:r>
      <w:r w:rsidRPr="00C77C8E">
        <w:rPr>
          <w:sz w:val="24"/>
          <w:szCs w:val="24"/>
        </w:rPr>
        <w:t>ef</w:t>
      </w:r>
      <w:r w:rsidRPr="00DF42B2">
        <w:rPr>
          <w:sz w:val="24"/>
          <w:szCs w:val="24"/>
        </w:rPr>
        <w:t xml:space="preserve">reshments </w:t>
      </w:r>
      <w:r w:rsidR="00317037" w:rsidRPr="00DF42B2">
        <w:rPr>
          <w:sz w:val="24"/>
          <w:szCs w:val="24"/>
        </w:rPr>
        <w:t>follows</w:t>
      </w:r>
      <w:r w:rsidRPr="00DF42B2">
        <w:rPr>
          <w:sz w:val="24"/>
          <w:szCs w:val="24"/>
        </w:rPr>
        <w:t>.</w:t>
      </w:r>
    </w:p>
    <w:p w:rsidR="00EE523F" w:rsidRPr="00F71434" w:rsidRDefault="00142496">
      <w:pPr>
        <w:rPr>
          <w:sz w:val="28"/>
          <w:szCs w:val="28"/>
        </w:rPr>
      </w:pPr>
      <w:r w:rsidRPr="00F71434">
        <w:rPr>
          <w:b/>
          <w:sz w:val="28"/>
          <w:szCs w:val="28"/>
        </w:rPr>
        <w:t>For Families &amp; Children</w:t>
      </w:r>
    </w:p>
    <w:p w:rsidR="00EE523F" w:rsidRDefault="00142496">
      <w:pPr>
        <w:rPr>
          <w:sz w:val="24"/>
          <w:szCs w:val="24"/>
        </w:rPr>
      </w:pPr>
      <w:r w:rsidRPr="00F71434">
        <w:rPr>
          <w:b/>
          <w:sz w:val="24"/>
          <w:szCs w:val="24"/>
        </w:rPr>
        <w:t>Sundays, 10:30am – Worship Services</w:t>
      </w:r>
      <w:r w:rsidRPr="00F71434">
        <w:rPr>
          <w:b/>
          <w:sz w:val="24"/>
          <w:szCs w:val="24"/>
        </w:rPr>
        <w:br/>
      </w:r>
      <w:r w:rsidRPr="00F71434">
        <w:rPr>
          <w:sz w:val="24"/>
          <w:szCs w:val="24"/>
        </w:rPr>
        <w:t>Children are warmly included with plenty to enjoy in our Tots’ Corner, Lending Library and Resource Areas.</w:t>
      </w:r>
    </w:p>
    <w:p w:rsidR="00A67B29" w:rsidRDefault="00A67B29" w:rsidP="00A67B29">
      <w:pPr>
        <w:rPr>
          <w:rFonts w:eastAsia="Times New Roman" w:cs="Times New Roman"/>
          <w:sz w:val="24"/>
          <w:szCs w:val="24"/>
          <w:lang w:val="en-GB" w:eastAsia="en-GB"/>
        </w:rPr>
      </w:pPr>
      <w:r>
        <w:rPr>
          <w:b/>
          <w:sz w:val="24"/>
          <w:szCs w:val="24"/>
        </w:rPr>
        <w:t xml:space="preserve">Sunday 6th Sep, 9:30am – Family Service.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EF5E1C">
        <w:rPr>
          <w:rFonts w:eastAsia="Times New Roman" w:cs="Times New Roman"/>
          <w:sz w:val="24"/>
          <w:szCs w:val="24"/>
          <w:lang w:val="en-GB" w:eastAsia="en-GB"/>
        </w:rPr>
        <w:t>Everyone is welcome to this</w:t>
      </w:r>
      <w:r>
        <w:rPr>
          <w:rFonts w:eastAsia="Times New Roman" w:cs="Times New Roman"/>
          <w:sz w:val="24"/>
          <w:szCs w:val="24"/>
          <w:lang w:val="en-GB" w:eastAsia="en-GB"/>
        </w:rPr>
        <w:t xml:space="preserve"> fun, </w:t>
      </w:r>
      <w:r w:rsidRPr="00EF5E1C">
        <w:rPr>
          <w:rFonts w:eastAsia="Times New Roman" w:cs="Times New Roman"/>
          <w:sz w:val="24"/>
          <w:szCs w:val="24"/>
          <w:lang w:val="en-GB" w:eastAsia="en-GB"/>
        </w:rPr>
        <w:t>interactive service</w:t>
      </w:r>
      <w:r>
        <w:rPr>
          <w:rFonts w:eastAsia="Times New Roman" w:cs="Times New Roman"/>
          <w:sz w:val="24"/>
          <w:szCs w:val="24"/>
          <w:lang w:val="en-GB" w:eastAsia="en-GB"/>
        </w:rPr>
        <w:t xml:space="preserve"> which</w:t>
      </w:r>
      <w:r w:rsidR="00BA6931">
        <w:rPr>
          <w:rFonts w:eastAsia="Times New Roman" w:cs="Times New Roman"/>
          <w:sz w:val="24"/>
          <w:szCs w:val="24"/>
          <w:lang w:val="en-GB" w:eastAsia="en-GB"/>
        </w:rPr>
        <w:t xml:space="preserve"> is</w:t>
      </w:r>
      <w:r w:rsidRPr="00EF5E1C">
        <w:rPr>
          <w:rFonts w:eastAsia="Times New Roman" w:cs="Times New Roman"/>
          <w:sz w:val="24"/>
          <w:szCs w:val="24"/>
          <w:lang w:val="en-GB" w:eastAsia="en-GB"/>
        </w:rPr>
        <w:t xml:space="preserve"> for all ages.</w:t>
      </w:r>
      <w:r>
        <w:rPr>
          <w:rFonts w:eastAsia="Times New Roman" w:cs="Times New Roman"/>
          <w:sz w:val="24"/>
          <w:szCs w:val="24"/>
          <w:lang w:val="en-GB" w:eastAsia="en-GB"/>
        </w:rPr>
        <w:t xml:space="preserve"> </w:t>
      </w:r>
      <w:r w:rsidR="007E3407">
        <w:rPr>
          <w:rFonts w:eastAsia="Times New Roman" w:cs="Times New Roman"/>
          <w:sz w:val="24"/>
          <w:szCs w:val="24"/>
          <w:lang w:val="en-GB" w:eastAsia="en-GB"/>
        </w:rPr>
        <w:t xml:space="preserve"> Theme: Praise God.</w:t>
      </w:r>
    </w:p>
    <w:p w:rsidR="00F6063F" w:rsidRPr="00F71434" w:rsidRDefault="00F6063F" w:rsidP="00F6063F">
      <w:pPr>
        <w:rPr>
          <w:sz w:val="24"/>
          <w:szCs w:val="24"/>
        </w:rPr>
      </w:pPr>
      <w:r w:rsidRPr="00F71434">
        <w:rPr>
          <w:b/>
          <w:sz w:val="24"/>
          <w:szCs w:val="24"/>
        </w:rPr>
        <w:t>Sunday</w:t>
      </w:r>
      <w:r w:rsidR="00FD7345">
        <w:rPr>
          <w:b/>
          <w:sz w:val="24"/>
          <w:szCs w:val="24"/>
        </w:rPr>
        <w:t xml:space="preserve"> 13</w:t>
      </w:r>
      <w:r w:rsidRPr="0078091C">
        <w:rPr>
          <w:b/>
          <w:sz w:val="24"/>
          <w:szCs w:val="24"/>
        </w:rPr>
        <w:t>th</w:t>
      </w:r>
      <w:r w:rsidR="0078091C">
        <w:rPr>
          <w:b/>
          <w:sz w:val="24"/>
          <w:szCs w:val="24"/>
        </w:rPr>
        <w:t xml:space="preserve"> </w:t>
      </w:r>
      <w:r w:rsidR="00FD7345">
        <w:rPr>
          <w:b/>
          <w:sz w:val="24"/>
          <w:szCs w:val="24"/>
        </w:rPr>
        <w:t>Sep</w:t>
      </w:r>
      <w:r>
        <w:rPr>
          <w:b/>
          <w:sz w:val="24"/>
          <w:szCs w:val="24"/>
        </w:rPr>
        <w:t xml:space="preserve"> </w:t>
      </w:r>
      <w:r w:rsidRPr="00F71434">
        <w:rPr>
          <w:b/>
          <w:sz w:val="24"/>
          <w:szCs w:val="24"/>
        </w:rPr>
        <w:t>10:30am – Junior Church</w:t>
      </w:r>
      <w:r w:rsidRPr="00F71434">
        <w:rPr>
          <w:b/>
          <w:sz w:val="24"/>
          <w:szCs w:val="24"/>
        </w:rPr>
        <w:br/>
      </w:r>
      <w:r w:rsidRPr="00F71434">
        <w:rPr>
          <w:sz w:val="24"/>
          <w:szCs w:val="24"/>
        </w:rPr>
        <w:t>Meeting in the Scout Hut with activities and learning for ages 4–13.</w:t>
      </w:r>
    </w:p>
    <w:p w:rsidR="00F6063F" w:rsidRDefault="00D90425" w:rsidP="000D1D72">
      <w:pPr>
        <w:rPr>
          <w:sz w:val="24"/>
          <w:szCs w:val="24"/>
        </w:rPr>
      </w:pPr>
      <w:r>
        <w:rPr>
          <w:b/>
          <w:sz w:val="24"/>
          <w:szCs w:val="24"/>
        </w:rPr>
        <w:t>Sunday 20th</w:t>
      </w:r>
      <w:r w:rsidR="000D1D72" w:rsidRPr="00F71434">
        <w:rPr>
          <w:b/>
          <w:sz w:val="24"/>
          <w:szCs w:val="24"/>
        </w:rPr>
        <w:t xml:space="preserve"> 9:30am – Muddy Church at the Hut</w:t>
      </w:r>
      <w:r w:rsidR="000D1D72" w:rsidRPr="00F71434">
        <w:rPr>
          <w:b/>
          <w:sz w:val="24"/>
          <w:szCs w:val="24"/>
        </w:rPr>
        <w:br/>
      </w:r>
      <w:r w:rsidR="000D1D72" w:rsidRPr="00F71434">
        <w:rPr>
          <w:sz w:val="24"/>
          <w:szCs w:val="24"/>
        </w:rPr>
        <w:t xml:space="preserve">An hour of outdoor fun and </w:t>
      </w:r>
      <w:r w:rsidR="00317037" w:rsidRPr="00F71434">
        <w:rPr>
          <w:sz w:val="24"/>
          <w:szCs w:val="24"/>
        </w:rPr>
        <w:t>craft</w:t>
      </w:r>
      <w:r w:rsidR="000D1D72" w:rsidRPr="00F71434">
        <w:rPr>
          <w:sz w:val="24"/>
          <w:szCs w:val="24"/>
        </w:rPr>
        <w:t xml:space="preserve"> </w:t>
      </w:r>
      <w:r w:rsidR="00317037">
        <w:rPr>
          <w:sz w:val="24"/>
          <w:szCs w:val="24"/>
        </w:rPr>
        <w:t xml:space="preserve">activities </w:t>
      </w:r>
      <w:r w:rsidR="000D1D72" w:rsidRPr="00F71434">
        <w:rPr>
          <w:sz w:val="24"/>
          <w:szCs w:val="24"/>
        </w:rPr>
        <w:t>for all age</w:t>
      </w:r>
      <w:r w:rsidR="000D1D72">
        <w:rPr>
          <w:sz w:val="24"/>
          <w:szCs w:val="24"/>
        </w:rPr>
        <w:t xml:space="preserve">s, whatever the weather! Theme: </w:t>
      </w:r>
      <w:r w:rsidR="00E652E0">
        <w:rPr>
          <w:sz w:val="24"/>
          <w:szCs w:val="24"/>
        </w:rPr>
        <w:t>‘</w:t>
      </w:r>
      <w:r>
        <w:rPr>
          <w:sz w:val="24"/>
          <w:szCs w:val="24"/>
        </w:rPr>
        <w:t xml:space="preserve">Thank you </w:t>
      </w:r>
      <w:r w:rsidR="0078091C">
        <w:rPr>
          <w:sz w:val="24"/>
          <w:szCs w:val="24"/>
        </w:rPr>
        <w:t>God</w:t>
      </w:r>
      <w:r>
        <w:rPr>
          <w:sz w:val="24"/>
          <w:szCs w:val="24"/>
        </w:rPr>
        <w:t xml:space="preserve"> for the Harvest</w:t>
      </w:r>
      <w:r w:rsidR="00E652E0">
        <w:rPr>
          <w:sz w:val="24"/>
          <w:szCs w:val="24"/>
        </w:rPr>
        <w:t>’</w:t>
      </w:r>
      <w:r w:rsidR="000D1D72">
        <w:rPr>
          <w:sz w:val="24"/>
          <w:szCs w:val="24"/>
        </w:rPr>
        <w:t>.</w:t>
      </w:r>
    </w:p>
    <w:p w:rsidR="00A67B29" w:rsidRDefault="00A67B29" w:rsidP="00317037">
      <w:pPr>
        <w:ind w:firstLine="31"/>
        <w:rPr>
          <w:sz w:val="24"/>
          <w:szCs w:val="24"/>
        </w:rPr>
      </w:pPr>
      <w:r>
        <w:rPr>
          <w:b/>
          <w:sz w:val="24"/>
          <w:szCs w:val="24"/>
        </w:rPr>
        <w:t>Sunday 27</w:t>
      </w:r>
      <w:r w:rsidRPr="0078091C">
        <w:rPr>
          <w:b/>
          <w:sz w:val="24"/>
          <w:szCs w:val="24"/>
        </w:rPr>
        <w:t>th</w:t>
      </w:r>
      <w:r>
        <w:rPr>
          <w:b/>
          <w:sz w:val="24"/>
          <w:szCs w:val="24"/>
        </w:rPr>
        <w:t xml:space="preserve"> Jun, 10:30am – All Age Harvest Festival Service</w:t>
      </w:r>
      <w:r w:rsidRPr="00BA6931">
        <w:rPr>
          <w:b/>
          <w:sz w:val="24"/>
          <w:szCs w:val="24"/>
        </w:rPr>
        <w:t xml:space="preserve">. </w:t>
      </w:r>
      <w:r w:rsidR="00BA6931">
        <w:rPr>
          <w:rFonts w:eastAsia="Times New Roman" w:cs="Times New Roman"/>
          <w:sz w:val="24"/>
          <w:szCs w:val="24"/>
          <w:lang w:val="en-GB" w:eastAsia="en-GB"/>
        </w:rPr>
        <w:t>Our</w:t>
      </w:r>
      <w:r w:rsidR="00BA6931" w:rsidRPr="00BA6931">
        <w:rPr>
          <w:rFonts w:eastAsia="Times New Roman" w:cs="Segoe UI"/>
          <w:color w:val="000000"/>
          <w:sz w:val="24"/>
          <w:szCs w:val="24"/>
          <w:lang w:eastAsia="en-GB"/>
        </w:rPr>
        <w:t xml:space="preserve"> traditional Harvest Festival service</w:t>
      </w:r>
      <w:r w:rsidR="00BA6931">
        <w:rPr>
          <w:rFonts w:eastAsia="Times New Roman" w:cs="Segoe UI"/>
          <w:color w:val="000000"/>
          <w:sz w:val="24"/>
          <w:szCs w:val="24"/>
          <w:lang w:eastAsia="en-GB"/>
        </w:rPr>
        <w:t xml:space="preserve"> is for all ages.</w:t>
      </w:r>
    </w:p>
    <w:p w:rsidR="00EE523F" w:rsidRPr="00F71434" w:rsidRDefault="000D1D72">
      <w:pPr>
        <w:rPr>
          <w:sz w:val="28"/>
          <w:szCs w:val="28"/>
        </w:rPr>
      </w:pPr>
      <w:r>
        <w:rPr>
          <w:b/>
          <w:sz w:val="28"/>
          <w:szCs w:val="28"/>
        </w:rPr>
        <w:t>Y</w:t>
      </w:r>
      <w:r w:rsidR="00142496" w:rsidRPr="00F71434">
        <w:rPr>
          <w:b/>
          <w:sz w:val="28"/>
          <w:szCs w:val="28"/>
        </w:rPr>
        <w:t>outh</w:t>
      </w:r>
    </w:p>
    <w:p w:rsidR="00F6063F" w:rsidRDefault="00142496">
      <w:pPr>
        <w:rPr>
          <w:sz w:val="24"/>
          <w:szCs w:val="24"/>
        </w:rPr>
      </w:pPr>
      <w:r w:rsidRPr="00F71434">
        <w:rPr>
          <w:b/>
          <w:sz w:val="24"/>
          <w:szCs w:val="24"/>
        </w:rPr>
        <w:t>Sunday</w:t>
      </w:r>
      <w:r w:rsidR="002463A6">
        <w:rPr>
          <w:b/>
          <w:sz w:val="24"/>
          <w:szCs w:val="24"/>
        </w:rPr>
        <w:t>’s</w:t>
      </w:r>
      <w:r w:rsidR="00EF5E1C">
        <w:rPr>
          <w:b/>
          <w:sz w:val="24"/>
          <w:szCs w:val="24"/>
        </w:rPr>
        <w:t>,</w:t>
      </w:r>
      <w:r w:rsidR="004769F6">
        <w:rPr>
          <w:b/>
          <w:sz w:val="24"/>
          <w:szCs w:val="24"/>
        </w:rPr>
        <w:t xml:space="preserve"> </w:t>
      </w:r>
      <w:r w:rsidR="00A67B29">
        <w:rPr>
          <w:b/>
          <w:sz w:val="24"/>
          <w:szCs w:val="24"/>
        </w:rPr>
        <w:t>13</w:t>
      </w:r>
      <w:r w:rsidR="0078091C" w:rsidRPr="0078091C">
        <w:rPr>
          <w:b/>
          <w:sz w:val="24"/>
          <w:szCs w:val="24"/>
        </w:rPr>
        <w:t>th</w:t>
      </w:r>
      <w:r w:rsidR="00A67B29">
        <w:rPr>
          <w:b/>
          <w:sz w:val="24"/>
          <w:szCs w:val="24"/>
        </w:rPr>
        <w:t xml:space="preserve"> &amp; 27</w:t>
      </w:r>
      <w:r w:rsidR="0078091C" w:rsidRPr="0078091C">
        <w:rPr>
          <w:b/>
          <w:sz w:val="24"/>
          <w:szCs w:val="24"/>
        </w:rPr>
        <w:t>th</w:t>
      </w:r>
      <w:r w:rsidR="0078091C">
        <w:rPr>
          <w:b/>
          <w:sz w:val="24"/>
          <w:szCs w:val="24"/>
        </w:rPr>
        <w:t xml:space="preserve"> </w:t>
      </w:r>
      <w:r w:rsidR="00A67B29">
        <w:rPr>
          <w:b/>
          <w:sz w:val="24"/>
          <w:szCs w:val="24"/>
        </w:rPr>
        <w:t>Sep</w:t>
      </w:r>
      <w:r w:rsidR="0028681C">
        <w:rPr>
          <w:b/>
          <w:sz w:val="24"/>
          <w:szCs w:val="24"/>
        </w:rPr>
        <w:t>,</w:t>
      </w:r>
      <w:r w:rsidR="006D1F60" w:rsidRPr="00F71434">
        <w:rPr>
          <w:b/>
          <w:sz w:val="24"/>
          <w:szCs w:val="24"/>
        </w:rPr>
        <w:t xml:space="preserve"> </w:t>
      </w:r>
      <w:r w:rsidRPr="00F71434">
        <w:rPr>
          <w:b/>
          <w:sz w:val="24"/>
          <w:szCs w:val="24"/>
        </w:rPr>
        <w:t>6:00pm – Soul Action Café at the Hut</w:t>
      </w:r>
      <w:r w:rsidRPr="00F71434">
        <w:rPr>
          <w:b/>
          <w:sz w:val="24"/>
          <w:szCs w:val="24"/>
        </w:rPr>
        <w:br/>
      </w:r>
      <w:r w:rsidRPr="00F71434">
        <w:rPr>
          <w:sz w:val="24"/>
          <w:szCs w:val="24"/>
        </w:rPr>
        <w:t>A relaxed, faith-based group for ages 12+.</w:t>
      </w:r>
      <w:r w:rsidR="00595961" w:rsidRPr="00F71434">
        <w:rPr>
          <w:sz w:val="24"/>
          <w:szCs w:val="24"/>
        </w:rPr>
        <w:t xml:space="preserve"> </w:t>
      </w:r>
    </w:p>
    <w:p w:rsidR="006B3F9F" w:rsidRDefault="0028681C" w:rsidP="000E1932">
      <w:pPr>
        <w:rPr>
          <w:b/>
          <w:sz w:val="28"/>
          <w:szCs w:val="28"/>
        </w:rPr>
      </w:pPr>
      <w:r>
        <w:rPr>
          <w:b/>
          <w:sz w:val="28"/>
          <w:szCs w:val="28"/>
        </w:rPr>
        <w:t>Special</w:t>
      </w:r>
      <w:r w:rsidR="00F6063F">
        <w:rPr>
          <w:b/>
          <w:sz w:val="28"/>
          <w:szCs w:val="28"/>
        </w:rPr>
        <w:t xml:space="preserve"> Evening</w:t>
      </w:r>
      <w:r w:rsidR="00FB73D4">
        <w:rPr>
          <w:b/>
          <w:sz w:val="28"/>
          <w:szCs w:val="28"/>
        </w:rPr>
        <w:t xml:space="preserve"> Service</w:t>
      </w:r>
      <w:r w:rsidR="000E1932">
        <w:rPr>
          <w:b/>
          <w:sz w:val="28"/>
          <w:szCs w:val="28"/>
        </w:rPr>
        <w:t xml:space="preserve">  </w:t>
      </w:r>
    </w:p>
    <w:p w:rsidR="00EE523F" w:rsidRPr="00F71434" w:rsidRDefault="004C1C3E">
      <w:pPr>
        <w:rPr>
          <w:sz w:val="28"/>
          <w:szCs w:val="28"/>
        </w:rPr>
      </w:pPr>
      <w:r>
        <w:rPr>
          <w:b/>
          <w:sz w:val="24"/>
          <w:szCs w:val="24"/>
        </w:rPr>
        <w:t>Sunday 20</w:t>
      </w:r>
      <w:r w:rsidRPr="004C1C3E">
        <w:rPr>
          <w:b/>
          <w:sz w:val="24"/>
          <w:szCs w:val="24"/>
        </w:rPr>
        <w:t>th</w:t>
      </w:r>
      <w:r>
        <w:rPr>
          <w:b/>
          <w:sz w:val="24"/>
          <w:szCs w:val="24"/>
        </w:rPr>
        <w:t xml:space="preserve"> Sept,</w:t>
      </w:r>
      <w:r w:rsidR="0028681C" w:rsidRPr="00F71434">
        <w:rPr>
          <w:b/>
          <w:sz w:val="24"/>
          <w:szCs w:val="24"/>
        </w:rPr>
        <w:t xml:space="preserve"> </w:t>
      </w:r>
      <w:r w:rsidR="007965B6">
        <w:rPr>
          <w:b/>
          <w:sz w:val="24"/>
          <w:szCs w:val="24"/>
        </w:rPr>
        <w:t>7</w:t>
      </w:r>
      <w:r w:rsidR="00314026">
        <w:rPr>
          <w:b/>
          <w:sz w:val="24"/>
          <w:szCs w:val="24"/>
        </w:rPr>
        <w:t>:30p</w:t>
      </w:r>
      <w:r w:rsidR="0028681C" w:rsidRPr="00F71434">
        <w:rPr>
          <w:b/>
          <w:sz w:val="24"/>
          <w:szCs w:val="24"/>
        </w:rPr>
        <w:t xml:space="preserve">m – </w:t>
      </w:r>
      <w:r w:rsidR="007965B6">
        <w:rPr>
          <w:b/>
          <w:sz w:val="24"/>
          <w:szCs w:val="24"/>
        </w:rPr>
        <w:t>‘Encounter’</w:t>
      </w:r>
      <w:r w:rsidR="0028681C">
        <w:rPr>
          <w:b/>
          <w:sz w:val="24"/>
          <w:szCs w:val="24"/>
        </w:rPr>
        <w:t xml:space="preserve">      </w:t>
      </w:r>
      <w:r w:rsidR="00EF5E1C">
        <w:rPr>
          <w:b/>
          <w:sz w:val="24"/>
          <w:szCs w:val="24"/>
        </w:rPr>
        <w:t xml:space="preserve"> </w:t>
      </w:r>
      <w:r w:rsidR="000134FA">
        <w:rPr>
          <w:b/>
          <w:sz w:val="24"/>
          <w:szCs w:val="24"/>
        </w:rPr>
        <w:t xml:space="preserve">        </w:t>
      </w:r>
      <w:r w:rsidR="0078091C">
        <w:rPr>
          <w:b/>
          <w:sz w:val="24"/>
          <w:szCs w:val="24"/>
        </w:rPr>
        <w:t xml:space="preserve">     </w:t>
      </w:r>
      <w:r w:rsidR="000134FA">
        <w:rPr>
          <w:b/>
          <w:sz w:val="24"/>
          <w:szCs w:val="24"/>
        </w:rPr>
        <w:t xml:space="preserve">                                                  </w:t>
      </w:r>
      <w:r w:rsidR="000E1932">
        <w:rPr>
          <w:b/>
          <w:sz w:val="24"/>
          <w:szCs w:val="24"/>
        </w:rPr>
        <w:t xml:space="preserve"> </w:t>
      </w:r>
      <w:r w:rsidR="000E1932">
        <w:rPr>
          <w:sz w:val="24"/>
          <w:szCs w:val="24"/>
        </w:rPr>
        <w:t>Graham</w:t>
      </w:r>
      <w:r w:rsidR="00FD03F9">
        <w:rPr>
          <w:sz w:val="24"/>
          <w:szCs w:val="24"/>
        </w:rPr>
        <w:t xml:space="preserve">, </w:t>
      </w:r>
      <w:r w:rsidR="000E1932">
        <w:rPr>
          <w:sz w:val="24"/>
          <w:szCs w:val="24"/>
        </w:rPr>
        <w:t>the Praise Band</w:t>
      </w:r>
      <w:r w:rsidR="007E3407">
        <w:rPr>
          <w:sz w:val="24"/>
          <w:szCs w:val="24"/>
        </w:rPr>
        <w:t xml:space="preserve"> along with </w:t>
      </w:r>
      <w:r w:rsidR="00317037">
        <w:rPr>
          <w:sz w:val="24"/>
          <w:szCs w:val="24"/>
        </w:rPr>
        <w:t>guest speaker</w:t>
      </w:r>
      <w:r w:rsidR="007E3407">
        <w:rPr>
          <w:sz w:val="24"/>
          <w:szCs w:val="24"/>
        </w:rPr>
        <w:t xml:space="preserve"> Peter Wood</w:t>
      </w:r>
      <w:r w:rsidR="00F6063F">
        <w:rPr>
          <w:sz w:val="24"/>
          <w:szCs w:val="24"/>
        </w:rPr>
        <w:t xml:space="preserve"> </w:t>
      </w:r>
      <w:r w:rsidR="000134FA" w:rsidRPr="00FB73D4">
        <w:rPr>
          <w:sz w:val="24"/>
          <w:szCs w:val="24"/>
        </w:rPr>
        <w:t>invites you</w:t>
      </w:r>
      <w:r w:rsidR="000134FA">
        <w:rPr>
          <w:sz w:val="24"/>
          <w:szCs w:val="24"/>
        </w:rPr>
        <w:t xml:space="preserve"> to an evening of modern praise, worship and teaching.</w:t>
      </w:r>
      <w:r w:rsidR="00C77C8E">
        <w:rPr>
          <w:b/>
          <w:sz w:val="24"/>
          <w:szCs w:val="24"/>
        </w:rPr>
        <w:t xml:space="preserve">  </w:t>
      </w:r>
      <w:r w:rsidR="00C77C8E" w:rsidRPr="00C77C8E">
        <w:rPr>
          <w:sz w:val="24"/>
          <w:szCs w:val="24"/>
        </w:rPr>
        <w:t>Light refreshments served</w:t>
      </w:r>
      <w:r w:rsidR="00C77C8E">
        <w:rPr>
          <w:sz w:val="24"/>
          <w:szCs w:val="24"/>
        </w:rPr>
        <w:t>.</w:t>
      </w:r>
      <w:r w:rsidR="000E1932" w:rsidRPr="00C77C8E">
        <w:rPr>
          <w:sz w:val="28"/>
          <w:szCs w:val="28"/>
        </w:rPr>
        <w:t xml:space="preserve">                                                                                       </w:t>
      </w:r>
      <w:r w:rsidR="0028681C" w:rsidRPr="00C77C8E">
        <w:rPr>
          <w:sz w:val="28"/>
          <w:szCs w:val="28"/>
        </w:rPr>
        <w:t xml:space="preserve">                                         </w:t>
      </w:r>
      <w:r w:rsidR="00142496" w:rsidRPr="00F71434">
        <w:rPr>
          <w:sz w:val="28"/>
          <w:szCs w:val="28"/>
        </w:rPr>
        <w:t xml:space="preserve">■ </w:t>
      </w:r>
      <w:r w:rsidR="00142496" w:rsidRPr="00FB73D4">
        <w:rPr>
          <w:sz w:val="24"/>
          <w:szCs w:val="24"/>
        </w:rPr>
        <w:t>Weekly Faith Moments available</w:t>
      </w:r>
      <w:r w:rsidR="002D3EAA">
        <w:rPr>
          <w:sz w:val="24"/>
          <w:szCs w:val="24"/>
        </w:rPr>
        <w:t xml:space="preserve"> from</w:t>
      </w:r>
      <w:r w:rsidR="00142496" w:rsidRPr="00FB73D4">
        <w:rPr>
          <w:sz w:val="24"/>
          <w:szCs w:val="24"/>
        </w:rPr>
        <w:t xml:space="preserve"> Geoff: </w:t>
      </w:r>
      <w:r w:rsidR="00A94568">
        <w:rPr>
          <w:sz w:val="24"/>
          <w:szCs w:val="24"/>
        </w:rPr>
        <w:t>c</w:t>
      </w:r>
      <w:r w:rsidR="00142496" w:rsidRPr="00FB73D4">
        <w:rPr>
          <w:sz w:val="24"/>
          <w:szCs w:val="24"/>
        </w:rPr>
        <w:t>hristchurchparbold.admn@gmail.com</w:t>
      </w:r>
    </w:p>
    <w:sectPr w:rsidR="00EE523F" w:rsidRPr="00F71434" w:rsidSect="000E1932">
      <w:pgSz w:w="12240" w:h="15840"/>
      <w:pgMar w:top="0" w:right="1800" w:bottom="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47730"/>
    <w:rsid w:val="000065F5"/>
    <w:rsid w:val="000134FA"/>
    <w:rsid w:val="00034351"/>
    <w:rsid w:val="00034616"/>
    <w:rsid w:val="000359EF"/>
    <w:rsid w:val="0006063C"/>
    <w:rsid w:val="0007308E"/>
    <w:rsid w:val="000A18C2"/>
    <w:rsid w:val="000D1D72"/>
    <w:rsid w:val="000E1932"/>
    <w:rsid w:val="000E683E"/>
    <w:rsid w:val="001057E1"/>
    <w:rsid w:val="00127B27"/>
    <w:rsid w:val="00142496"/>
    <w:rsid w:val="0015074B"/>
    <w:rsid w:val="00162B4E"/>
    <w:rsid w:val="001B7B10"/>
    <w:rsid w:val="001C5997"/>
    <w:rsid w:val="001E0B6C"/>
    <w:rsid w:val="001F4425"/>
    <w:rsid w:val="00234AFB"/>
    <w:rsid w:val="002463A6"/>
    <w:rsid w:val="00247056"/>
    <w:rsid w:val="0028681C"/>
    <w:rsid w:val="0029639D"/>
    <w:rsid w:val="002D3EAA"/>
    <w:rsid w:val="00314026"/>
    <w:rsid w:val="00317037"/>
    <w:rsid w:val="00326F90"/>
    <w:rsid w:val="00346BB3"/>
    <w:rsid w:val="0036661F"/>
    <w:rsid w:val="00390126"/>
    <w:rsid w:val="00396E7D"/>
    <w:rsid w:val="003B5372"/>
    <w:rsid w:val="003C0E06"/>
    <w:rsid w:val="00427AB9"/>
    <w:rsid w:val="00435843"/>
    <w:rsid w:val="0044370E"/>
    <w:rsid w:val="0046277D"/>
    <w:rsid w:val="004769F6"/>
    <w:rsid w:val="004A44AD"/>
    <w:rsid w:val="004C1C3E"/>
    <w:rsid w:val="004D3A37"/>
    <w:rsid w:val="004D484A"/>
    <w:rsid w:val="005360A3"/>
    <w:rsid w:val="005371A1"/>
    <w:rsid w:val="00567056"/>
    <w:rsid w:val="005719FC"/>
    <w:rsid w:val="00594F37"/>
    <w:rsid w:val="00595961"/>
    <w:rsid w:val="005D0EDE"/>
    <w:rsid w:val="006A18BF"/>
    <w:rsid w:val="006B3F9F"/>
    <w:rsid w:val="006D023F"/>
    <w:rsid w:val="006D1F60"/>
    <w:rsid w:val="006D3392"/>
    <w:rsid w:val="007168EF"/>
    <w:rsid w:val="007264F4"/>
    <w:rsid w:val="00741C9D"/>
    <w:rsid w:val="00760540"/>
    <w:rsid w:val="00772D1F"/>
    <w:rsid w:val="0078091C"/>
    <w:rsid w:val="0078095A"/>
    <w:rsid w:val="007965B6"/>
    <w:rsid w:val="007D6E2A"/>
    <w:rsid w:val="007E3407"/>
    <w:rsid w:val="008233D3"/>
    <w:rsid w:val="008255A0"/>
    <w:rsid w:val="00831D9B"/>
    <w:rsid w:val="0086673F"/>
    <w:rsid w:val="008C43F8"/>
    <w:rsid w:val="008D114E"/>
    <w:rsid w:val="008E5F9E"/>
    <w:rsid w:val="008F5C18"/>
    <w:rsid w:val="00915C0C"/>
    <w:rsid w:val="00985880"/>
    <w:rsid w:val="009921F7"/>
    <w:rsid w:val="00A0313B"/>
    <w:rsid w:val="00A03508"/>
    <w:rsid w:val="00A239DF"/>
    <w:rsid w:val="00A442B3"/>
    <w:rsid w:val="00A67B29"/>
    <w:rsid w:val="00A72748"/>
    <w:rsid w:val="00A94568"/>
    <w:rsid w:val="00AA1D8D"/>
    <w:rsid w:val="00AF3739"/>
    <w:rsid w:val="00B01470"/>
    <w:rsid w:val="00B47730"/>
    <w:rsid w:val="00BA6931"/>
    <w:rsid w:val="00BC0E3E"/>
    <w:rsid w:val="00BC2C00"/>
    <w:rsid w:val="00C575FD"/>
    <w:rsid w:val="00C609C2"/>
    <w:rsid w:val="00C721AD"/>
    <w:rsid w:val="00C77C8E"/>
    <w:rsid w:val="00CB0664"/>
    <w:rsid w:val="00D04F02"/>
    <w:rsid w:val="00D13BFA"/>
    <w:rsid w:val="00D2460D"/>
    <w:rsid w:val="00D7179D"/>
    <w:rsid w:val="00D90425"/>
    <w:rsid w:val="00DB0743"/>
    <w:rsid w:val="00DB50FF"/>
    <w:rsid w:val="00DF42B2"/>
    <w:rsid w:val="00DF45A8"/>
    <w:rsid w:val="00E166AE"/>
    <w:rsid w:val="00E40655"/>
    <w:rsid w:val="00E63801"/>
    <w:rsid w:val="00E641BE"/>
    <w:rsid w:val="00E652E0"/>
    <w:rsid w:val="00E72AB0"/>
    <w:rsid w:val="00E74253"/>
    <w:rsid w:val="00ED0412"/>
    <w:rsid w:val="00EE523F"/>
    <w:rsid w:val="00EE747A"/>
    <w:rsid w:val="00EF5E1C"/>
    <w:rsid w:val="00F1172E"/>
    <w:rsid w:val="00F12306"/>
    <w:rsid w:val="00F15480"/>
    <w:rsid w:val="00F23158"/>
    <w:rsid w:val="00F45B81"/>
    <w:rsid w:val="00F47277"/>
    <w:rsid w:val="00F57F20"/>
    <w:rsid w:val="00F6063F"/>
    <w:rsid w:val="00F71434"/>
    <w:rsid w:val="00F769D0"/>
    <w:rsid w:val="00F92902"/>
    <w:rsid w:val="00FB73D4"/>
    <w:rsid w:val="00FC693F"/>
    <w:rsid w:val="00FD03F9"/>
    <w:rsid w:val="00FD582B"/>
    <w:rsid w:val="00FD7345"/>
    <w:rsid w:val="00FE2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1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1883</Characters>
  <Application>Microsoft Office Word</Application>
  <DocSecurity>0</DocSecurity>
  <Lines>48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Windows</cp:lastModifiedBy>
  <cp:revision>4</cp:revision>
  <dcterms:created xsi:type="dcterms:W3CDTF">2026-08-16T17:39:00Z</dcterms:created>
  <dcterms:modified xsi:type="dcterms:W3CDTF">2026-08-17T16:51:00Z</dcterms:modified>
</cp:coreProperties>
</file>