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831D" w14:textId="7A24FC8F" w:rsidR="003C38FE" w:rsidRDefault="00C17089">
      <w:pPr>
        <w:pStyle w:val="Heading1"/>
        <w:jc w:val="center"/>
      </w:pPr>
      <w:r>
        <w:t>Flower Arranging Competition – Entry Form</w:t>
      </w:r>
      <w:r w:rsidR="00AC4DBB">
        <w:t xml:space="preserve"> - £5 </w:t>
      </w:r>
      <w:r w:rsidR="000531AF">
        <w:t xml:space="preserve">per </w:t>
      </w:r>
      <w:r w:rsidR="00E72176">
        <w:t>display</w:t>
      </w:r>
    </w:p>
    <w:p w14:paraId="2D55DD02" w14:textId="52685978" w:rsidR="003C38FE" w:rsidRDefault="00A95024">
      <w:pPr>
        <w:pStyle w:val="Heading2"/>
      </w:pPr>
      <w:r>
        <w:t xml:space="preserve">Category 1 - </w:t>
      </w:r>
      <w:r w:rsidR="00C17089">
        <w:t>Window Display</w:t>
      </w:r>
    </w:p>
    <w:p w14:paraId="520C57AA" w14:textId="699B0478" w:rsidR="003C38FE" w:rsidRDefault="00C17089">
      <w:r>
        <w:rPr>
          <w:b/>
        </w:rPr>
        <w:t xml:space="preserve">Theme: </w:t>
      </w:r>
      <w:r w:rsidR="00013CFC">
        <w:rPr>
          <w:b/>
        </w:rPr>
        <w:t>Jobs that shaped our town</w:t>
      </w:r>
      <w:r w:rsidR="00013CFC">
        <w:t xml:space="preserve"> </w:t>
      </w:r>
    </w:p>
    <w:p w14:paraId="3E8BE89A" w14:textId="40BAD2FD" w:rsidR="003C38FE" w:rsidRDefault="00C17089">
      <w:r>
        <w:t>Create a floral window display inspired by</w:t>
      </w:r>
      <w:r w:rsidR="00BC6FAE">
        <w:t xml:space="preserve"> the jobs that shaped our town</w:t>
      </w:r>
      <w:r>
        <w:t>. Your exhibit should tell a story through imaginative floral design.</w:t>
      </w:r>
    </w:p>
    <w:p w14:paraId="18673F9A" w14:textId="77777777" w:rsidR="003C38FE" w:rsidRDefault="00C17089">
      <w:pPr>
        <w:pStyle w:val="Heading3"/>
      </w:pPr>
      <w:r>
        <w:t>Rules</w:t>
      </w:r>
    </w:p>
    <w:p w14:paraId="4BFFC0C0" w14:textId="77777777" w:rsidR="003C38FE" w:rsidRDefault="00C17089">
      <w:pPr>
        <w:pStyle w:val="ListBullet"/>
      </w:pPr>
      <w:r>
        <w:t>Maximum width: 120 cm</w:t>
      </w:r>
    </w:p>
    <w:p w14:paraId="2D925C5E" w14:textId="77777777" w:rsidR="003C38FE" w:rsidRDefault="00C17089">
      <w:pPr>
        <w:pStyle w:val="ListBullet"/>
      </w:pPr>
      <w:r>
        <w:t>Maximum height: 120 cm</w:t>
      </w:r>
    </w:p>
    <w:p w14:paraId="62EE5B16" w14:textId="77777777" w:rsidR="003C38FE" w:rsidRDefault="00C17089">
      <w:pPr>
        <w:pStyle w:val="ListBullet"/>
      </w:pPr>
      <w:r>
        <w:t>Maximum depth: 40 cm</w:t>
      </w:r>
    </w:p>
    <w:p w14:paraId="6D294C22" w14:textId="77777777" w:rsidR="003C38FE" w:rsidRDefault="00C17089">
      <w:pPr>
        <w:pStyle w:val="ListBullet"/>
      </w:pPr>
      <w:r>
        <w:t>Fresh flowers and foliage must predominate.</w:t>
      </w:r>
    </w:p>
    <w:p w14:paraId="645A98D4" w14:textId="77777777" w:rsidR="003C38FE" w:rsidRDefault="00C17089">
      <w:pPr>
        <w:pStyle w:val="Heading3"/>
      </w:pPr>
      <w:r>
        <w:t>Entry Details</w:t>
      </w:r>
    </w:p>
    <w:p w14:paraId="0980EBFD" w14:textId="77777777" w:rsidR="00A95024" w:rsidRPr="00A95024" w:rsidRDefault="00A95024" w:rsidP="00A950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083"/>
      </w:tblGrid>
      <w:tr w:rsidR="003C38FE" w14:paraId="4C06313E" w14:textId="77777777" w:rsidTr="00A95024">
        <w:tc>
          <w:tcPr>
            <w:tcW w:w="2547" w:type="dxa"/>
          </w:tcPr>
          <w:p w14:paraId="02A5ED30" w14:textId="77777777" w:rsidR="003C38FE" w:rsidRDefault="00C17089">
            <w:r>
              <w:t>Exhibitor Name</w:t>
            </w:r>
          </w:p>
        </w:tc>
        <w:tc>
          <w:tcPr>
            <w:tcW w:w="6083" w:type="dxa"/>
          </w:tcPr>
          <w:p w14:paraId="7777713B" w14:textId="77777777" w:rsidR="00A95024" w:rsidRDefault="00A95024"/>
          <w:p w14:paraId="3288FAB1" w14:textId="6C6AA9D6" w:rsidR="00A95024" w:rsidRPr="00A95024" w:rsidRDefault="00A95024"/>
        </w:tc>
      </w:tr>
      <w:tr w:rsidR="003C38FE" w14:paraId="4401904E" w14:textId="77777777" w:rsidTr="00A95024">
        <w:tc>
          <w:tcPr>
            <w:tcW w:w="2547" w:type="dxa"/>
          </w:tcPr>
          <w:p w14:paraId="249BF94F" w14:textId="77777777" w:rsidR="003C38FE" w:rsidRDefault="00C17089">
            <w:r>
              <w:t>Address</w:t>
            </w:r>
          </w:p>
        </w:tc>
        <w:tc>
          <w:tcPr>
            <w:tcW w:w="6083" w:type="dxa"/>
          </w:tcPr>
          <w:p w14:paraId="1213DF77" w14:textId="77777777" w:rsidR="003C38FE" w:rsidRDefault="003C38FE"/>
          <w:p w14:paraId="3DDFD714" w14:textId="77777777" w:rsidR="00A95024" w:rsidRDefault="00A95024"/>
          <w:p w14:paraId="0921C5E2" w14:textId="77777777" w:rsidR="00A95024" w:rsidRDefault="00A95024"/>
          <w:p w14:paraId="0EB800C0" w14:textId="5302603E" w:rsidR="00A95024" w:rsidRDefault="00A95024"/>
        </w:tc>
      </w:tr>
      <w:tr w:rsidR="003C38FE" w14:paraId="6B88682F" w14:textId="77777777" w:rsidTr="00A95024">
        <w:tc>
          <w:tcPr>
            <w:tcW w:w="2547" w:type="dxa"/>
          </w:tcPr>
          <w:p w14:paraId="0B09CFEA" w14:textId="77777777" w:rsidR="003C38FE" w:rsidRDefault="00C17089">
            <w:r>
              <w:t>Telephone</w:t>
            </w:r>
          </w:p>
        </w:tc>
        <w:tc>
          <w:tcPr>
            <w:tcW w:w="6083" w:type="dxa"/>
          </w:tcPr>
          <w:p w14:paraId="78CEA2FF" w14:textId="77777777" w:rsidR="003C38FE" w:rsidRDefault="003C38FE"/>
          <w:p w14:paraId="1279F3BE" w14:textId="1D32FAC6" w:rsidR="00A95024" w:rsidRDefault="00A95024"/>
        </w:tc>
      </w:tr>
      <w:tr w:rsidR="003C38FE" w14:paraId="4A930E6D" w14:textId="77777777" w:rsidTr="00A95024">
        <w:tc>
          <w:tcPr>
            <w:tcW w:w="2547" w:type="dxa"/>
          </w:tcPr>
          <w:p w14:paraId="6B11BAB3" w14:textId="77777777" w:rsidR="003C38FE" w:rsidRDefault="00C17089">
            <w:r>
              <w:t>Email</w:t>
            </w:r>
          </w:p>
        </w:tc>
        <w:tc>
          <w:tcPr>
            <w:tcW w:w="6083" w:type="dxa"/>
          </w:tcPr>
          <w:p w14:paraId="59B49BAE" w14:textId="77777777" w:rsidR="003C38FE" w:rsidRDefault="003C38FE"/>
          <w:p w14:paraId="223446F6" w14:textId="47CB4603" w:rsidR="00A95024" w:rsidRDefault="00A95024"/>
        </w:tc>
      </w:tr>
      <w:tr w:rsidR="003C38FE" w14:paraId="7C2E1FFE" w14:textId="77777777" w:rsidTr="00A95024">
        <w:tc>
          <w:tcPr>
            <w:tcW w:w="2547" w:type="dxa"/>
          </w:tcPr>
          <w:p w14:paraId="069D5B3F" w14:textId="77777777" w:rsidR="003C38FE" w:rsidRDefault="00C17089">
            <w:r>
              <w:t>Flower Club (if applicable)</w:t>
            </w:r>
          </w:p>
        </w:tc>
        <w:tc>
          <w:tcPr>
            <w:tcW w:w="6083" w:type="dxa"/>
          </w:tcPr>
          <w:p w14:paraId="75949A1D" w14:textId="77777777" w:rsidR="003C38FE" w:rsidRDefault="003C38FE"/>
          <w:p w14:paraId="5DC225B9" w14:textId="00C54AF7" w:rsidR="00A95024" w:rsidRDefault="00A95024"/>
        </w:tc>
      </w:tr>
      <w:tr w:rsidR="003C38FE" w14:paraId="6A546B56" w14:textId="77777777" w:rsidTr="00A95024">
        <w:tc>
          <w:tcPr>
            <w:tcW w:w="2547" w:type="dxa"/>
          </w:tcPr>
          <w:p w14:paraId="108E41CC" w14:textId="77777777" w:rsidR="003C38FE" w:rsidRDefault="00C17089">
            <w:r>
              <w:t>Signature</w:t>
            </w:r>
          </w:p>
        </w:tc>
        <w:tc>
          <w:tcPr>
            <w:tcW w:w="6083" w:type="dxa"/>
          </w:tcPr>
          <w:p w14:paraId="709D29B6" w14:textId="77777777" w:rsidR="003C38FE" w:rsidRDefault="003C38FE"/>
          <w:p w14:paraId="3C7EDF97" w14:textId="2BD996A9" w:rsidR="00A95024" w:rsidRDefault="00A95024"/>
        </w:tc>
      </w:tr>
      <w:tr w:rsidR="003C38FE" w14:paraId="35B3FE66" w14:textId="77777777" w:rsidTr="00A95024">
        <w:tc>
          <w:tcPr>
            <w:tcW w:w="2547" w:type="dxa"/>
          </w:tcPr>
          <w:p w14:paraId="43A6A705" w14:textId="77777777" w:rsidR="003C38FE" w:rsidRDefault="00C17089">
            <w:r>
              <w:t>Date</w:t>
            </w:r>
          </w:p>
        </w:tc>
        <w:tc>
          <w:tcPr>
            <w:tcW w:w="6083" w:type="dxa"/>
          </w:tcPr>
          <w:p w14:paraId="7CFF5826" w14:textId="77777777" w:rsidR="003C38FE" w:rsidRDefault="003C38FE"/>
          <w:p w14:paraId="6B62506B" w14:textId="55759C53" w:rsidR="00A95024" w:rsidRDefault="00A95024"/>
        </w:tc>
      </w:tr>
    </w:tbl>
    <w:p w14:paraId="11BB19C5" w14:textId="77777777" w:rsidR="00A95024" w:rsidRDefault="00A95024"/>
    <w:p w14:paraId="51D8621F" w14:textId="1850D364" w:rsidR="00A95024" w:rsidRDefault="00A95024" w:rsidP="00A95024">
      <w:r>
        <w:t>Following NAFA’s rules</w:t>
      </w:r>
      <w:r w:rsidR="009B4156">
        <w:t>.</w:t>
      </w:r>
    </w:p>
    <w:p w14:paraId="4FA21001" w14:textId="6FCA5CF2" w:rsidR="00BC6FAE" w:rsidRDefault="00BC6FAE" w:rsidP="00BC6FAE">
      <w:r>
        <w:t>Please return completed forms to: Chris Smith, Community Centre @ Christ Church, Cricklade Street, Swindon, SN1 3HB</w:t>
      </w:r>
      <w:r w:rsidR="009B4156">
        <w:t>.</w:t>
      </w:r>
    </w:p>
    <w:p w14:paraId="174CE6FC" w14:textId="77777777" w:rsidR="00BC6FAE" w:rsidRDefault="00BC6FAE" w:rsidP="00BC6FAE">
      <w:r>
        <w:t xml:space="preserve">Email: </w:t>
      </w:r>
      <w:hyperlink r:id="rId11" w:history="1">
        <w:r w:rsidRPr="00C10726">
          <w:rPr>
            <w:rStyle w:val="Hyperlink"/>
          </w:rPr>
          <w:t>chris@christchurchswindon.co.uk</w:t>
        </w:r>
      </w:hyperlink>
    </w:p>
    <w:p w14:paraId="7C46053E" w14:textId="77777777" w:rsidR="00BC6FAE" w:rsidRDefault="00BC6FAE" w:rsidP="00BC6FAE">
      <w:r>
        <w:t>Tel: 01793 617237</w:t>
      </w:r>
    </w:p>
    <w:p w14:paraId="55336DB0" w14:textId="25442877" w:rsidR="003C38FE" w:rsidRDefault="00BC6FAE" w:rsidP="00BC6FAE">
      <w:r>
        <w:t xml:space="preserve">Payment by Cash, Cheque (To: Community Centre @ Christ Church) or BACS to: Lloyds Bank, </w:t>
      </w:r>
      <w:r w:rsidRPr="00AA7ADE">
        <w:t>Parochial Church Council Christchurch &amp; St Marys</w:t>
      </w:r>
      <w:r>
        <w:t xml:space="preserve">, Sort code: 30-98-41, Account: </w:t>
      </w:r>
      <w:r w:rsidRPr="00BC6FAE">
        <w:t>68490368</w:t>
      </w:r>
      <w:r w:rsidR="00C17089">
        <w:br w:type="page"/>
      </w:r>
    </w:p>
    <w:p w14:paraId="3103E296" w14:textId="00F63494" w:rsidR="003C38FE" w:rsidRDefault="00C17089">
      <w:pPr>
        <w:pStyle w:val="Heading1"/>
        <w:jc w:val="center"/>
      </w:pPr>
      <w:r>
        <w:lastRenderedPageBreak/>
        <w:t>Flower Arranging Competition – Entry Form</w:t>
      </w:r>
      <w:r w:rsidR="00A95024">
        <w:t xml:space="preserve"> - £5</w:t>
      </w:r>
      <w:r w:rsidR="00E72176">
        <w:t xml:space="preserve"> </w:t>
      </w:r>
      <w:r w:rsidR="00E72176">
        <w:t xml:space="preserve">per </w:t>
      </w:r>
      <w:r w:rsidR="00E72176">
        <w:t>entry</w:t>
      </w:r>
    </w:p>
    <w:p w14:paraId="7D1872AC" w14:textId="3F7939FB" w:rsidR="003C38FE" w:rsidRDefault="00A95024">
      <w:pPr>
        <w:pStyle w:val="Heading2"/>
      </w:pPr>
      <w:r>
        <w:t xml:space="preserve">Category 2 - </w:t>
      </w:r>
      <w:r w:rsidR="00C17089">
        <w:t>Pedestal Class</w:t>
      </w:r>
    </w:p>
    <w:p w14:paraId="2DF43D0D" w14:textId="77777777" w:rsidR="003C38FE" w:rsidRDefault="00C17089">
      <w:r>
        <w:rPr>
          <w:b/>
        </w:rPr>
        <w:t xml:space="preserve">Theme: </w:t>
      </w:r>
      <w:r>
        <w:t>Working Together</w:t>
      </w:r>
    </w:p>
    <w:p w14:paraId="0DD6EC46" w14:textId="24A899B2" w:rsidR="003C38FE" w:rsidRDefault="00C17089">
      <w:r>
        <w:t>A design celebrating teamwork, friendship, community and cooperation. Interpret the theme creatively while producing an exhibit suitable for display on a pedestal</w:t>
      </w:r>
      <w:r w:rsidR="006B6E39">
        <w:t xml:space="preserve"> (please provide your own pedestal)</w:t>
      </w:r>
      <w:r>
        <w:t>.</w:t>
      </w:r>
    </w:p>
    <w:p w14:paraId="0932F706" w14:textId="77777777" w:rsidR="003C38FE" w:rsidRDefault="00C17089">
      <w:pPr>
        <w:pStyle w:val="Heading3"/>
      </w:pPr>
      <w:r>
        <w:t>Rules</w:t>
      </w:r>
    </w:p>
    <w:p w14:paraId="033B6080" w14:textId="77777777" w:rsidR="003C38FE" w:rsidRDefault="00C17089">
      <w:pPr>
        <w:pStyle w:val="ListBullet"/>
      </w:pPr>
      <w:r>
        <w:t>Maximum width: 100 cm</w:t>
      </w:r>
    </w:p>
    <w:p w14:paraId="17F1AE46" w14:textId="77777777" w:rsidR="003C38FE" w:rsidRDefault="00C17089">
      <w:pPr>
        <w:pStyle w:val="ListBullet"/>
      </w:pPr>
      <w:r>
        <w:t>Maximum depth: 100 cm</w:t>
      </w:r>
    </w:p>
    <w:p w14:paraId="2DB76782" w14:textId="77777777" w:rsidR="003C38FE" w:rsidRDefault="00C17089">
      <w:pPr>
        <w:pStyle w:val="ListBullet"/>
      </w:pPr>
      <w:r>
        <w:t>Height: Optional</w:t>
      </w:r>
    </w:p>
    <w:p w14:paraId="700AB9EB" w14:textId="77777777" w:rsidR="003C38FE" w:rsidRDefault="00C17089">
      <w:pPr>
        <w:pStyle w:val="ListBullet"/>
      </w:pPr>
      <w:r>
        <w:t>Must include one unlit candle.</w:t>
      </w:r>
    </w:p>
    <w:p w14:paraId="668B6873" w14:textId="77777777" w:rsidR="003C38FE" w:rsidRDefault="00C17089">
      <w:pPr>
        <w:pStyle w:val="Heading3"/>
      </w:pPr>
      <w:r>
        <w:t>Entry Details</w:t>
      </w:r>
    </w:p>
    <w:p w14:paraId="3369989B" w14:textId="77777777" w:rsidR="00A95024" w:rsidRPr="00A95024" w:rsidRDefault="00A95024" w:rsidP="00A950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083"/>
      </w:tblGrid>
      <w:tr w:rsidR="00A95024" w:rsidRPr="00A95024" w14:paraId="43259A4A" w14:textId="77777777" w:rsidTr="00D16C0C">
        <w:tc>
          <w:tcPr>
            <w:tcW w:w="2547" w:type="dxa"/>
          </w:tcPr>
          <w:p w14:paraId="3EAE1891" w14:textId="77777777" w:rsidR="00A95024" w:rsidRDefault="00A95024" w:rsidP="00D16C0C">
            <w:r>
              <w:t>Exhibitor Name</w:t>
            </w:r>
          </w:p>
        </w:tc>
        <w:tc>
          <w:tcPr>
            <w:tcW w:w="6083" w:type="dxa"/>
          </w:tcPr>
          <w:p w14:paraId="37F15A61" w14:textId="77777777" w:rsidR="00A95024" w:rsidRDefault="00A95024" w:rsidP="00D16C0C"/>
          <w:p w14:paraId="4124FDB3" w14:textId="77777777" w:rsidR="00A95024" w:rsidRPr="00A95024" w:rsidRDefault="00A95024" w:rsidP="00D16C0C"/>
        </w:tc>
      </w:tr>
      <w:tr w:rsidR="00A95024" w14:paraId="66615409" w14:textId="77777777" w:rsidTr="00D16C0C">
        <w:tc>
          <w:tcPr>
            <w:tcW w:w="2547" w:type="dxa"/>
          </w:tcPr>
          <w:p w14:paraId="149CCFB1" w14:textId="77777777" w:rsidR="00A95024" w:rsidRDefault="00A95024" w:rsidP="00D16C0C">
            <w:r>
              <w:t>Address</w:t>
            </w:r>
          </w:p>
        </w:tc>
        <w:tc>
          <w:tcPr>
            <w:tcW w:w="6083" w:type="dxa"/>
          </w:tcPr>
          <w:p w14:paraId="5ED885BA" w14:textId="77777777" w:rsidR="00A95024" w:rsidRDefault="00A95024" w:rsidP="00D16C0C"/>
          <w:p w14:paraId="338F14E6" w14:textId="77777777" w:rsidR="00A95024" w:rsidRDefault="00A95024" w:rsidP="00D16C0C"/>
          <w:p w14:paraId="13219DB7" w14:textId="77777777" w:rsidR="00A95024" w:rsidRDefault="00A95024" w:rsidP="00D16C0C"/>
          <w:p w14:paraId="0BAC2703" w14:textId="77777777" w:rsidR="00A95024" w:rsidRDefault="00A95024" w:rsidP="00D16C0C"/>
        </w:tc>
      </w:tr>
      <w:tr w:rsidR="00A95024" w14:paraId="4AF50054" w14:textId="77777777" w:rsidTr="00D16C0C">
        <w:tc>
          <w:tcPr>
            <w:tcW w:w="2547" w:type="dxa"/>
          </w:tcPr>
          <w:p w14:paraId="3EE1D515" w14:textId="77777777" w:rsidR="00A95024" w:rsidRDefault="00A95024" w:rsidP="00D16C0C">
            <w:r>
              <w:t>Telephone</w:t>
            </w:r>
          </w:p>
        </w:tc>
        <w:tc>
          <w:tcPr>
            <w:tcW w:w="6083" w:type="dxa"/>
          </w:tcPr>
          <w:p w14:paraId="78B84B1C" w14:textId="77777777" w:rsidR="00A95024" w:rsidRDefault="00A95024" w:rsidP="00D16C0C"/>
          <w:p w14:paraId="5126721F" w14:textId="77777777" w:rsidR="00A95024" w:rsidRDefault="00A95024" w:rsidP="00D16C0C"/>
        </w:tc>
      </w:tr>
      <w:tr w:rsidR="00A95024" w14:paraId="0314DF78" w14:textId="77777777" w:rsidTr="00D16C0C">
        <w:tc>
          <w:tcPr>
            <w:tcW w:w="2547" w:type="dxa"/>
          </w:tcPr>
          <w:p w14:paraId="341A7407" w14:textId="77777777" w:rsidR="00A95024" w:rsidRDefault="00A95024" w:rsidP="00D16C0C">
            <w:r>
              <w:t>Email</w:t>
            </w:r>
          </w:p>
        </w:tc>
        <w:tc>
          <w:tcPr>
            <w:tcW w:w="6083" w:type="dxa"/>
          </w:tcPr>
          <w:p w14:paraId="75E1FE64" w14:textId="77777777" w:rsidR="00A95024" w:rsidRDefault="00A95024" w:rsidP="00D16C0C"/>
          <w:p w14:paraId="79E937F6" w14:textId="77777777" w:rsidR="00A95024" w:rsidRDefault="00A95024" w:rsidP="00D16C0C"/>
        </w:tc>
      </w:tr>
      <w:tr w:rsidR="00A95024" w14:paraId="7B480A56" w14:textId="77777777" w:rsidTr="00D16C0C">
        <w:tc>
          <w:tcPr>
            <w:tcW w:w="2547" w:type="dxa"/>
          </w:tcPr>
          <w:p w14:paraId="52CD9EE3" w14:textId="77777777" w:rsidR="00A95024" w:rsidRDefault="00A95024" w:rsidP="00D16C0C">
            <w:r>
              <w:t>Flower Club (if applicable)</w:t>
            </w:r>
          </w:p>
        </w:tc>
        <w:tc>
          <w:tcPr>
            <w:tcW w:w="6083" w:type="dxa"/>
          </w:tcPr>
          <w:p w14:paraId="35554F52" w14:textId="77777777" w:rsidR="00A95024" w:rsidRDefault="00A95024" w:rsidP="00D16C0C"/>
          <w:p w14:paraId="24D0DA00" w14:textId="77777777" w:rsidR="00A95024" w:rsidRDefault="00A95024" w:rsidP="00D16C0C"/>
        </w:tc>
      </w:tr>
      <w:tr w:rsidR="00A95024" w14:paraId="29457AA1" w14:textId="77777777" w:rsidTr="00D16C0C">
        <w:tc>
          <w:tcPr>
            <w:tcW w:w="2547" w:type="dxa"/>
          </w:tcPr>
          <w:p w14:paraId="15C18B5E" w14:textId="77777777" w:rsidR="00A95024" w:rsidRDefault="00A95024" w:rsidP="00D16C0C">
            <w:r>
              <w:t>Signature</w:t>
            </w:r>
          </w:p>
        </w:tc>
        <w:tc>
          <w:tcPr>
            <w:tcW w:w="6083" w:type="dxa"/>
          </w:tcPr>
          <w:p w14:paraId="3D0C4E05" w14:textId="77777777" w:rsidR="00A95024" w:rsidRDefault="00A95024" w:rsidP="00D16C0C"/>
          <w:p w14:paraId="1C19EA7D" w14:textId="77777777" w:rsidR="00A95024" w:rsidRDefault="00A95024" w:rsidP="00D16C0C"/>
        </w:tc>
      </w:tr>
      <w:tr w:rsidR="00A95024" w14:paraId="75FE2AFD" w14:textId="77777777" w:rsidTr="00D16C0C">
        <w:tc>
          <w:tcPr>
            <w:tcW w:w="2547" w:type="dxa"/>
          </w:tcPr>
          <w:p w14:paraId="697E3552" w14:textId="77777777" w:rsidR="00A95024" w:rsidRDefault="00A95024" w:rsidP="00D16C0C">
            <w:r>
              <w:t>Date</w:t>
            </w:r>
          </w:p>
        </w:tc>
        <w:tc>
          <w:tcPr>
            <w:tcW w:w="6083" w:type="dxa"/>
          </w:tcPr>
          <w:p w14:paraId="29D08BE4" w14:textId="77777777" w:rsidR="00A95024" w:rsidRDefault="00A95024" w:rsidP="00D16C0C"/>
          <w:p w14:paraId="40938265" w14:textId="77777777" w:rsidR="00A95024" w:rsidRDefault="00A95024" w:rsidP="00D16C0C"/>
        </w:tc>
      </w:tr>
    </w:tbl>
    <w:p w14:paraId="44389A27" w14:textId="77777777" w:rsidR="00A95024" w:rsidRDefault="00A95024"/>
    <w:p w14:paraId="4A7EA641" w14:textId="04D2714A" w:rsidR="00A95024" w:rsidRDefault="00A95024" w:rsidP="00A95024">
      <w:r>
        <w:t>Following NAFA’s rules</w:t>
      </w:r>
      <w:r w:rsidR="009B4156">
        <w:t>.</w:t>
      </w:r>
    </w:p>
    <w:p w14:paraId="4487E15E" w14:textId="415CA3E7" w:rsidR="00CC5966" w:rsidRDefault="00A71503">
      <w:r>
        <w:t xml:space="preserve">Please </w:t>
      </w:r>
      <w:r w:rsidR="00CC5966">
        <w:t>return completed forms to:</w:t>
      </w:r>
      <w:r w:rsidR="00AA7ADE">
        <w:t xml:space="preserve"> </w:t>
      </w:r>
      <w:r w:rsidR="00CC5966">
        <w:t>Chris Smith, Community Centre @ Christ Church, Cricklade Street, Swindon, SN1 3HB</w:t>
      </w:r>
      <w:r w:rsidR="009B4156">
        <w:t>.</w:t>
      </w:r>
    </w:p>
    <w:p w14:paraId="20200BBA" w14:textId="40B6DFEC" w:rsidR="00CC5966" w:rsidRDefault="00CC5966">
      <w:r>
        <w:t xml:space="preserve">Email: </w:t>
      </w:r>
      <w:hyperlink r:id="rId12" w:history="1">
        <w:r w:rsidRPr="00C10726">
          <w:rPr>
            <w:rStyle w:val="Hyperlink"/>
          </w:rPr>
          <w:t>chris@christchurchswindon.co.uk</w:t>
        </w:r>
      </w:hyperlink>
    </w:p>
    <w:p w14:paraId="01144B8E" w14:textId="77777777" w:rsidR="00AC1B40" w:rsidRDefault="00CC5966">
      <w:r>
        <w:t>Tel: 01793 617237</w:t>
      </w:r>
    </w:p>
    <w:p w14:paraId="0893269E" w14:textId="25C475F9" w:rsidR="003C38FE" w:rsidRDefault="00AC1B40">
      <w:r>
        <w:t xml:space="preserve">Payment by </w:t>
      </w:r>
      <w:r w:rsidR="00BC6FAE">
        <w:t xml:space="preserve">Cash, Cheque (To: Community Centre @ Christ Church) or </w:t>
      </w:r>
      <w:r>
        <w:t xml:space="preserve">BACS to: </w:t>
      </w:r>
      <w:r w:rsidR="00AA7ADE">
        <w:t xml:space="preserve">Lloyds Bank, </w:t>
      </w:r>
      <w:r w:rsidR="00AA7ADE" w:rsidRPr="00AA7ADE">
        <w:t>Parochial Church Council Christchurch &amp; St Marys</w:t>
      </w:r>
      <w:r w:rsidR="00AA7ADE">
        <w:t xml:space="preserve">, Sort code: 30-98-41, Account: </w:t>
      </w:r>
      <w:r w:rsidR="00BC6FAE" w:rsidRPr="00BC6FAE">
        <w:t>68490368</w:t>
      </w:r>
      <w:r w:rsidR="00C17089">
        <w:br w:type="page"/>
      </w:r>
    </w:p>
    <w:p w14:paraId="103D2F54" w14:textId="60319CA8" w:rsidR="003C38FE" w:rsidRDefault="00C17089">
      <w:pPr>
        <w:pStyle w:val="Heading1"/>
        <w:jc w:val="center"/>
      </w:pPr>
      <w:r>
        <w:lastRenderedPageBreak/>
        <w:t>Flower Arranging Competition – Entry Form</w:t>
      </w:r>
      <w:r w:rsidR="00E72176">
        <w:t xml:space="preserve"> - £5 </w:t>
      </w:r>
      <w:r w:rsidR="00E72176">
        <w:t>per e</w:t>
      </w:r>
      <w:r w:rsidR="00E72176">
        <w:t>xhibit</w:t>
      </w:r>
    </w:p>
    <w:p w14:paraId="164D5846" w14:textId="65A41474" w:rsidR="003C38FE" w:rsidRDefault="00A95024">
      <w:pPr>
        <w:pStyle w:val="Heading2"/>
      </w:pPr>
      <w:r>
        <w:t xml:space="preserve">Category 3 - </w:t>
      </w:r>
      <w:r w:rsidR="00C17089">
        <w:t>Table Exhibit</w:t>
      </w:r>
    </w:p>
    <w:p w14:paraId="30403618" w14:textId="16832E55" w:rsidR="003C38FE" w:rsidRDefault="00C17089">
      <w:r>
        <w:rPr>
          <w:b/>
        </w:rPr>
        <w:t xml:space="preserve">Theme: </w:t>
      </w:r>
      <w:r>
        <w:t xml:space="preserve">Market </w:t>
      </w:r>
      <w:r w:rsidR="00013CFC">
        <w:t>Town</w:t>
      </w:r>
      <w:r>
        <w:t xml:space="preserve"> Place</w:t>
      </w:r>
    </w:p>
    <w:p w14:paraId="2A680732" w14:textId="77777777" w:rsidR="003C38FE" w:rsidRDefault="00C17089">
      <w:r>
        <w:t>Create a floral design inspired by the sights, colours and atmosphere of a bustling village market square.</w:t>
      </w:r>
    </w:p>
    <w:p w14:paraId="73E8BFC9" w14:textId="77777777" w:rsidR="003C38FE" w:rsidRDefault="00C17089">
      <w:pPr>
        <w:pStyle w:val="Heading3"/>
      </w:pPr>
      <w:r>
        <w:t>Rules</w:t>
      </w:r>
    </w:p>
    <w:p w14:paraId="43126BD2" w14:textId="77777777" w:rsidR="003C38FE" w:rsidRDefault="00C17089">
      <w:pPr>
        <w:pStyle w:val="ListBullet"/>
      </w:pPr>
      <w:r>
        <w:t>Maximum width: 60 cm</w:t>
      </w:r>
    </w:p>
    <w:p w14:paraId="34BF1D0C" w14:textId="77777777" w:rsidR="003C38FE" w:rsidRDefault="00C17089">
      <w:pPr>
        <w:pStyle w:val="ListBullet"/>
      </w:pPr>
      <w:r>
        <w:t>Maximum depth: 60 cm</w:t>
      </w:r>
    </w:p>
    <w:p w14:paraId="22CA3352" w14:textId="77777777" w:rsidR="003C38FE" w:rsidRDefault="00C17089">
      <w:pPr>
        <w:pStyle w:val="ListBullet"/>
      </w:pPr>
      <w:r>
        <w:t>Height: Optional</w:t>
      </w:r>
    </w:p>
    <w:p w14:paraId="421FA216" w14:textId="77777777" w:rsidR="003C38FE" w:rsidRDefault="00C17089">
      <w:pPr>
        <w:pStyle w:val="ListBullet"/>
      </w:pPr>
      <w:r>
        <w:t>Fresh flowers and foliage must predominate.</w:t>
      </w:r>
    </w:p>
    <w:p w14:paraId="529A02E7" w14:textId="77777777" w:rsidR="003C38FE" w:rsidRDefault="00C17089">
      <w:pPr>
        <w:pStyle w:val="Heading3"/>
      </w:pPr>
      <w:r>
        <w:t>Entry Details</w:t>
      </w:r>
    </w:p>
    <w:p w14:paraId="589FC3EF" w14:textId="77777777" w:rsidR="00A95024" w:rsidRDefault="00A95024" w:rsidP="00A950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083"/>
      </w:tblGrid>
      <w:tr w:rsidR="00A95024" w:rsidRPr="00A95024" w14:paraId="08E23424" w14:textId="77777777" w:rsidTr="00D16C0C">
        <w:tc>
          <w:tcPr>
            <w:tcW w:w="2547" w:type="dxa"/>
          </w:tcPr>
          <w:p w14:paraId="7C51F36E" w14:textId="77777777" w:rsidR="00A95024" w:rsidRDefault="00A95024" w:rsidP="00D16C0C">
            <w:r>
              <w:t>Exhibitor Name</w:t>
            </w:r>
          </w:p>
        </w:tc>
        <w:tc>
          <w:tcPr>
            <w:tcW w:w="6083" w:type="dxa"/>
          </w:tcPr>
          <w:p w14:paraId="6EF4BA05" w14:textId="77777777" w:rsidR="00A95024" w:rsidRDefault="00A95024" w:rsidP="00D16C0C"/>
          <w:p w14:paraId="3D9143C8" w14:textId="77777777" w:rsidR="00A95024" w:rsidRPr="00A95024" w:rsidRDefault="00A95024" w:rsidP="00D16C0C"/>
        </w:tc>
      </w:tr>
      <w:tr w:rsidR="00A95024" w14:paraId="541DDB94" w14:textId="77777777" w:rsidTr="00D16C0C">
        <w:tc>
          <w:tcPr>
            <w:tcW w:w="2547" w:type="dxa"/>
          </w:tcPr>
          <w:p w14:paraId="68F6EC71" w14:textId="77777777" w:rsidR="00A95024" w:rsidRDefault="00A95024" w:rsidP="00D16C0C">
            <w:r>
              <w:t>Address</w:t>
            </w:r>
          </w:p>
        </w:tc>
        <w:tc>
          <w:tcPr>
            <w:tcW w:w="6083" w:type="dxa"/>
          </w:tcPr>
          <w:p w14:paraId="63D9A110" w14:textId="77777777" w:rsidR="00A95024" w:rsidRDefault="00A95024" w:rsidP="00D16C0C"/>
          <w:p w14:paraId="2F04BFE0" w14:textId="77777777" w:rsidR="00A95024" w:rsidRDefault="00A95024" w:rsidP="00D16C0C"/>
          <w:p w14:paraId="6441BEC7" w14:textId="77777777" w:rsidR="00A95024" w:rsidRDefault="00A95024" w:rsidP="00D16C0C"/>
          <w:p w14:paraId="4940C04B" w14:textId="77777777" w:rsidR="00A95024" w:rsidRDefault="00A95024" w:rsidP="00D16C0C"/>
        </w:tc>
      </w:tr>
      <w:tr w:rsidR="00A95024" w14:paraId="59AD3BCC" w14:textId="77777777" w:rsidTr="00D16C0C">
        <w:tc>
          <w:tcPr>
            <w:tcW w:w="2547" w:type="dxa"/>
          </w:tcPr>
          <w:p w14:paraId="187DB0E8" w14:textId="77777777" w:rsidR="00A95024" w:rsidRDefault="00A95024" w:rsidP="00D16C0C">
            <w:r>
              <w:t>Telephone</w:t>
            </w:r>
          </w:p>
        </w:tc>
        <w:tc>
          <w:tcPr>
            <w:tcW w:w="6083" w:type="dxa"/>
          </w:tcPr>
          <w:p w14:paraId="28F87C97" w14:textId="77777777" w:rsidR="00A95024" w:rsidRDefault="00A95024" w:rsidP="00D16C0C"/>
          <w:p w14:paraId="5FD06B32" w14:textId="77777777" w:rsidR="00A95024" w:rsidRDefault="00A95024" w:rsidP="00D16C0C"/>
        </w:tc>
      </w:tr>
      <w:tr w:rsidR="00A95024" w14:paraId="28B57522" w14:textId="77777777" w:rsidTr="00D16C0C">
        <w:tc>
          <w:tcPr>
            <w:tcW w:w="2547" w:type="dxa"/>
          </w:tcPr>
          <w:p w14:paraId="65DBEAC2" w14:textId="77777777" w:rsidR="00A95024" w:rsidRDefault="00A95024" w:rsidP="00D16C0C">
            <w:r>
              <w:t>Email</w:t>
            </w:r>
          </w:p>
        </w:tc>
        <w:tc>
          <w:tcPr>
            <w:tcW w:w="6083" w:type="dxa"/>
          </w:tcPr>
          <w:p w14:paraId="40C9F2A9" w14:textId="77777777" w:rsidR="00A95024" w:rsidRDefault="00A95024" w:rsidP="00D16C0C"/>
          <w:p w14:paraId="1E6F2399" w14:textId="77777777" w:rsidR="00A95024" w:rsidRDefault="00A95024" w:rsidP="00D16C0C"/>
        </w:tc>
      </w:tr>
      <w:tr w:rsidR="00A95024" w14:paraId="4FF5A71D" w14:textId="77777777" w:rsidTr="00D16C0C">
        <w:tc>
          <w:tcPr>
            <w:tcW w:w="2547" w:type="dxa"/>
          </w:tcPr>
          <w:p w14:paraId="545B56F1" w14:textId="77777777" w:rsidR="00A95024" w:rsidRDefault="00A95024" w:rsidP="00D16C0C">
            <w:r>
              <w:t>Flower Club (if applicable)</w:t>
            </w:r>
          </w:p>
        </w:tc>
        <w:tc>
          <w:tcPr>
            <w:tcW w:w="6083" w:type="dxa"/>
          </w:tcPr>
          <w:p w14:paraId="4F23413A" w14:textId="77777777" w:rsidR="00A95024" w:rsidRDefault="00A95024" w:rsidP="00D16C0C"/>
          <w:p w14:paraId="168A3A92" w14:textId="77777777" w:rsidR="00A95024" w:rsidRDefault="00A95024" w:rsidP="00D16C0C"/>
        </w:tc>
      </w:tr>
      <w:tr w:rsidR="00A95024" w14:paraId="6567176A" w14:textId="77777777" w:rsidTr="00D16C0C">
        <w:tc>
          <w:tcPr>
            <w:tcW w:w="2547" w:type="dxa"/>
          </w:tcPr>
          <w:p w14:paraId="1E18E698" w14:textId="77777777" w:rsidR="00A95024" w:rsidRDefault="00A95024" w:rsidP="00D16C0C">
            <w:r>
              <w:t>Signature</w:t>
            </w:r>
          </w:p>
        </w:tc>
        <w:tc>
          <w:tcPr>
            <w:tcW w:w="6083" w:type="dxa"/>
          </w:tcPr>
          <w:p w14:paraId="3C530DA4" w14:textId="77777777" w:rsidR="00A95024" w:rsidRDefault="00A95024" w:rsidP="00D16C0C"/>
          <w:p w14:paraId="593F1DCD" w14:textId="77777777" w:rsidR="00A95024" w:rsidRDefault="00A95024" w:rsidP="00D16C0C"/>
        </w:tc>
      </w:tr>
      <w:tr w:rsidR="00A95024" w14:paraId="1ED30BD3" w14:textId="77777777" w:rsidTr="00D16C0C">
        <w:tc>
          <w:tcPr>
            <w:tcW w:w="2547" w:type="dxa"/>
          </w:tcPr>
          <w:p w14:paraId="3EFA2476" w14:textId="77777777" w:rsidR="00A95024" w:rsidRDefault="00A95024" w:rsidP="00D16C0C">
            <w:r>
              <w:t>Date</w:t>
            </w:r>
          </w:p>
        </w:tc>
        <w:tc>
          <w:tcPr>
            <w:tcW w:w="6083" w:type="dxa"/>
          </w:tcPr>
          <w:p w14:paraId="1D558C60" w14:textId="77777777" w:rsidR="00A95024" w:rsidRDefault="00A95024" w:rsidP="00D16C0C"/>
          <w:p w14:paraId="75F6F99E" w14:textId="77777777" w:rsidR="00A95024" w:rsidRDefault="00A95024" w:rsidP="00D16C0C"/>
        </w:tc>
      </w:tr>
    </w:tbl>
    <w:p w14:paraId="3BB07A55" w14:textId="77777777" w:rsidR="00A95024" w:rsidRDefault="00A95024" w:rsidP="00A95024"/>
    <w:p w14:paraId="1193E380" w14:textId="10360E62" w:rsidR="00A95024" w:rsidRDefault="00A95024" w:rsidP="00A95024">
      <w:r>
        <w:t>Following NAFA’s rules</w:t>
      </w:r>
      <w:r w:rsidR="009B4156">
        <w:t>.</w:t>
      </w:r>
    </w:p>
    <w:p w14:paraId="51CBDF20" w14:textId="5B2D8E40" w:rsidR="00BC6FAE" w:rsidRDefault="00BC6FAE" w:rsidP="00BC6FAE">
      <w:r>
        <w:t>Please return completed forms to: Chris Smith, Community Centre @ Christ Church, Cricklade Street, Swindon, SN1 3HB</w:t>
      </w:r>
      <w:r w:rsidR="009B4156">
        <w:t>.</w:t>
      </w:r>
    </w:p>
    <w:p w14:paraId="153B9E94" w14:textId="77777777" w:rsidR="00BC6FAE" w:rsidRDefault="00BC6FAE" w:rsidP="00BC6FAE">
      <w:r>
        <w:t xml:space="preserve">Email: </w:t>
      </w:r>
      <w:hyperlink r:id="rId13" w:history="1">
        <w:r w:rsidRPr="00C10726">
          <w:rPr>
            <w:rStyle w:val="Hyperlink"/>
          </w:rPr>
          <w:t>chris@christchurchswindon.co.uk</w:t>
        </w:r>
      </w:hyperlink>
    </w:p>
    <w:p w14:paraId="2B3F3FFA" w14:textId="77777777" w:rsidR="00BC6FAE" w:rsidRDefault="00BC6FAE" w:rsidP="00BC6FAE">
      <w:r>
        <w:t>Tel: 01793 617237</w:t>
      </w:r>
    </w:p>
    <w:p w14:paraId="49305178" w14:textId="348613BE" w:rsidR="00A95024" w:rsidRDefault="00BC6FAE" w:rsidP="00BC6FAE">
      <w:r>
        <w:t xml:space="preserve">Payment by Cash, Cheque (To: Community Centre @ Christ Church) or BACS to: Lloyds Bank, </w:t>
      </w:r>
      <w:r w:rsidRPr="00AA7ADE">
        <w:t>Parochial Church Council Christchurch &amp; St Marys</w:t>
      </w:r>
      <w:r>
        <w:t xml:space="preserve">, Sort code: 30-98-41, Account: </w:t>
      </w:r>
      <w:r w:rsidRPr="00BC6FAE">
        <w:t>68490368</w:t>
      </w:r>
    </w:p>
    <w:p w14:paraId="1C5A9A9A" w14:textId="77777777" w:rsidR="00A95024" w:rsidRDefault="00A95024" w:rsidP="00A95024"/>
    <w:p w14:paraId="69E8EA13" w14:textId="55E0791E" w:rsidR="003C38FE" w:rsidRDefault="00C17089">
      <w:pPr>
        <w:pStyle w:val="Heading1"/>
        <w:jc w:val="center"/>
      </w:pPr>
      <w:r>
        <w:lastRenderedPageBreak/>
        <w:t>Flower Arranging Competition – Entry Form</w:t>
      </w:r>
      <w:r w:rsidR="00E72176">
        <w:t xml:space="preserve"> - £5 </w:t>
      </w:r>
      <w:r w:rsidR="00E72176">
        <w:t>per entry</w:t>
      </w:r>
    </w:p>
    <w:p w14:paraId="2768BA23" w14:textId="76FEF0B3" w:rsidR="003C38FE" w:rsidRDefault="00A95024">
      <w:pPr>
        <w:pStyle w:val="Heading2"/>
      </w:pPr>
      <w:r>
        <w:t xml:space="preserve">Category 4 - </w:t>
      </w:r>
      <w:r w:rsidR="00C17089">
        <w:t>Children's Class</w:t>
      </w:r>
    </w:p>
    <w:p w14:paraId="77B9A561" w14:textId="77777777" w:rsidR="003C38FE" w:rsidRDefault="00C17089">
      <w:r>
        <w:rPr>
          <w:b/>
        </w:rPr>
        <w:t xml:space="preserve">Theme: </w:t>
      </w:r>
      <w:r>
        <w:t>Baker's Basket</w:t>
      </w:r>
    </w:p>
    <w:p w14:paraId="280A842F" w14:textId="77777777" w:rsidR="003C38FE" w:rsidRDefault="00C17089">
      <w:r>
        <w:t>Design a cheerful floral basket inspired by a baker's basket, using creativity and imagination in a child-friendly exhibit.</w:t>
      </w:r>
    </w:p>
    <w:p w14:paraId="367DC1FC" w14:textId="77777777" w:rsidR="003C38FE" w:rsidRDefault="00C17089">
      <w:pPr>
        <w:pStyle w:val="Heading3"/>
      </w:pPr>
      <w:r>
        <w:t>Rules</w:t>
      </w:r>
    </w:p>
    <w:p w14:paraId="1187C242" w14:textId="77777777" w:rsidR="003C38FE" w:rsidRDefault="00C17089">
      <w:pPr>
        <w:pStyle w:val="ListBullet"/>
      </w:pPr>
      <w:r>
        <w:t>Must be displayed in a basket.</w:t>
      </w:r>
    </w:p>
    <w:p w14:paraId="20340C0F" w14:textId="77777777" w:rsidR="003C38FE" w:rsidRDefault="00C17089">
      <w:pPr>
        <w:pStyle w:val="ListBullet"/>
      </w:pPr>
      <w:r>
        <w:t>Maximum size: 30 cm × 30 cm × 30 cm.</w:t>
      </w:r>
    </w:p>
    <w:p w14:paraId="07BF6A21" w14:textId="77777777" w:rsidR="003C38FE" w:rsidRDefault="00C17089">
      <w:pPr>
        <w:pStyle w:val="Heading3"/>
      </w:pPr>
      <w:r>
        <w:t>Entry Details</w:t>
      </w:r>
    </w:p>
    <w:p w14:paraId="3F00BFF7" w14:textId="77777777" w:rsidR="00C17089" w:rsidRDefault="00C170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083"/>
      </w:tblGrid>
      <w:tr w:rsidR="00A95024" w:rsidRPr="00A95024" w14:paraId="7606DFFB" w14:textId="77777777" w:rsidTr="00D16C0C">
        <w:tc>
          <w:tcPr>
            <w:tcW w:w="2547" w:type="dxa"/>
          </w:tcPr>
          <w:p w14:paraId="1339D9E9" w14:textId="77777777" w:rsidR="00A95024" w:rsidRDefault="00A95024" w:rsidP="00D16C0C">
            <w:r>
              <w:t>Exhibitor Name</w:t>
            </w:r>
          </w:p>
        </w:tc>
        <w:tc>
          <w:tcPr>
            <w:tcW w:w="6083" w:type="dxa"/>
          </w:tcPr>
          <w:p w14:paraId="2D697C30" w14:textId="77777777" w:rsidR="00A95024" w:rsidRDefault="00A95024" w:rsidP="00D16C0C"/>
          <w:p w14:paraId="42CE0E49" w14:textId="77777777" w:rsidR="00A95024" w:rsidRPr="00A95024" w:rsidRDefault="00A95024" w:rsidP="00D16C0C"/>
        </w:tc>
      </w:tr>
      <w:tr w:rsidR="00A95024" w14:paraId="67074601" w14:textId="77777777" w:rsidTr="00D16C0C">
        <w:tc>
          <w:tcPr>
            <w:tcW w:w="2547" w:type="dxa"/>
          </w:tcPr>
          <w:p w14:paraId="00CB9BBF" w14:textId="77777777" w:rsidR="00A95024" w:rsidRDefault="00A95024" w:rsidP="00D16C0C">
            <w:r>
              <w:t>Address</w:t>
            </w:r>
          </w:p>
        </w:tc>
        <w:tc>
          <w:tcPr>
            <w:tcW w:w="6083" w:type="dxa"/>
          </w:tcPr>
          <w:p w14:paraId="1E228FBB" w14:textId="77777777" w:rsidR="00A95024" w:rsidRDefault="00A95024" w:rsidP="00D16C0C"/>
          <w:p w14:paraId="2EF0CC42" w14:textId="77777777" w:rsidR="00A95024" w:rsidRDefault="00A95024" w:rsidP="00D16C0C"/>
          <w:p w14:paraId="66D8BE5A" w14:textId="77777777" w:rsidR="00A95024" w:rsidRDefault="00A95024" w:rsidP="00D16C0C"/>
          <w:p w14:paraId="240B77FF" w14:textId="77777777" w:rsidR="00A95024" w:rsidRDefault="00A95024" w:rsidP="00D16C0C"/>
        </w:tc>
      </w:tr>
      <w:tr w:rsidR="00A95024" w14:paraId="6509995C" w14:textId="77777777" w:rsidTr="00D16C0C">
        <w:tc>
          <w:tcPr>
            <w:tcW w:w="2547" w:type="dxa"/>
          </w:tcPr>
          <w:p w14:paraId="1D15826F" w14:textId="77777777" w:rsidR="00A95024" w:rsidRDefault="00A95024" w:rsidP="00D16C0C">
            <w:r>
              <w:t>Telephone</w:t>
            </w:r>
          </w:p>
        </w:tc>
        <w:tc>
          <w:tcPr>
            <w:tcW w:w="6083" w:type="dxa"/>
          </w:tcPr>
          <w:p w14:paraId="5D39AFA5" w14:textId="77777777" w:rsidR="00A95024" w:rsidRDefault="00A95024" w:rsidP="00D16C0C"/>
          <w:p w14:paraId="0914262F" w14:textId="77777777" w:rsidR="00A95024" w:rsidRDefault="00A95024" w:rsidP="00D16C0C"/>
        </w:tc>
      </w:tr>
      <w:tr w:rsidR="00A95024" w14:paraId="723CA4FB" w14:textId="77777777" w:rsidTr="00D16C0C">
        <w:tc>
          <w:tcPr>
            <w:tcW w:w="2547" w:type="dxa"/>
          </w:tcPr>
          <w:p w14:paraId="3C4D58C8" w14:textId="77777777" w:rsidR="00A95024" w:rsidRDefault="00A95024" w:rsidP="00D16C0C">
            <w:r>
              <w:t>Email</w:t>
            </w:r>
          </w:p>
        </w:tc>
        <w:tc>
          <w:tcPr>
            <w:tcW w:w="6083" w:type="dxa"/>
          </w:tcPr>
          <w:p w14:paraId="7E53BBE1" w14:textId="77777777" w:rsidR="00A95024" w:rsidRDefault="00A95024" w:rsidP="00D16C0C"/>
          <w:p w14:paraId="6D5BB506" w14:textId="77777777" w:rsidR="00A95024" w:rsidRDefault="00A95024" w:rsidP="00D16C0C"/>
        </w:tc>
      </w:tr>
      <w:tr w:rsidR="00A95024" w14:paraId="35E931FE" w14:textId="77777777" w:rsidTr="00D16C0C">
        <w:tc>
          <w:tcPr>
            <w:tcW w:w="2547" w:type="dxa"/>
          </w:tcPr>
          <w:p w14:paraId="1B92307D" w14:textId="77777777" w:rsidR="00A95024" w:rsidRDefault="00A95024" w:rsidP="00D16C0C">
            <w:r>
              <w:t>Flower Club (if applicable)</w:t>
            </w:r>
          </w:p>
        </w:tc>
        <w:tc>
          <w:tcPr>
            <w:tcW w:w="6083" w:type="dxa"/>
          </w:tcPr>
          <w:p w14:paraId="525AF643" w14:textId="77777777" w:rsidR="00A95024" w:rsidRDefault="00A95024" w:rsidP="00D16C0C"/>
          <w:p w14:paraId="06A653CA" w14:textId="77777777" w:rsidR="00A95024" w:rsidRDefault="00A95024" w:rsidP="00D16C0C"/>
        </w:tc>
      </w:tr>
      <w:tr w:rsidR="00A95024" w14:paraId="3D046C9B" w14:textId="77777777" w:rsidTr="00D16C0C">
        <w:tc>
          <w:tcPr>
            <w:tcW w:w="2547" w:type="dxa"/>
          </w:tcPr>
          <w:p w14:paraId="4E2FAD4C" w14:textId="77777777" w:rsidR="00A95024" w:rsidRDefault="00A95024" w:rsidP="00D16C0C">
            <w:r>
              <w:t>Signature</w:t>
            </w:r>
          </w:p>
        </w:tc>
        <w:tc>
          <w:tcPr>
            <w:tcW w:w="6083" w:type="dxa"/>
          </w:tcPr>
          <w:p w14:paraId="16181627" w14:textId="77777777" w:rsidR="00A95024" w:rsidRDefault="00A95024" w:rsidP="00D16C0C"/>
          <w:p w14:paraId="35168BF8" w14:textId="77777777" w:rsidR="00A95024" w:rsidRDefault="00A95024" w:rsidP="00D16C0C"/>
        </w:tc>
      </w:tr>
      <w:tr w:rsidR="00A95024" w14:paraId="47D988BB" w14:textId="77777777" w:rsidTr="00D16C0C">
        <w:tc>
          <w:tcPr>
            <w:tcW w:w="2547" w:type="dxa"/>
          </w:tcPr>
          <w:p w14:paraId="6DC74308" w14:textId="77777777" w:rsidR="00A95024" w:rsidRDefault="00A95024" w:rsidP="00D16C0C">
            <w:r>
              <w:t>Date</w:t>
            </w:r>
          </w:p>
        </w:tc>
        <w:tc>
          <w:tcPr>
            <w:tcW w:w="6083" w:type="dxa"/>
          </w:tcPr>
          <w:p w14:paraId="10638A1D" w14:textId="77777777" w:rsidR="00A95024" w:rsidRDefault="00A95024" w:rsidP="00D16C0C"/>
          <w:p w14:paraId="55B625EB" w14:textId="77777777" w:rsidR="00A95024" w:rsidRDefault="00A95024" w:rsidP="00D16C0C"/>
        </w:tc>
      </w:tr>
    </w:tbl>
    <w:p w14:paraId="05BF33FB" w14:textId="77777777" w:rsidR="00A95024" w:rsidRDefault="00A95024"/>
    <w:p w14:paraId="4212B281" w14:textId="4DE61EBD" w:rsidR="00013CFC" w:rsidRDefault="00013CFC">
      <w:r>
        <w:t>Following NAFA’s rules</w:t>
      </w:r>
      <w:r w:rsidR="009B4156">
        <w:t>.</w:t>
      </w:r>
    </w:p>
    <w:p w14:paraId="7E532F1E" w14:textId="1A08B5A7" w:rsidR="00BC6FAE" w:rsidRDefault="00BC6FAE" w:rsidP="00BC6FAE">
      <w:r>
        <w:t>Please return completed forms to: Chris Smith, Community Centre @ Christ Church, Cricklade Street, Swindon, SN1 3HB</w:t>
      </w:r>
      <w:r w:rsidR="009B4156">
        <w:t>.</w:t>
      </w:r>
    </w:p>
    <w:p w14:paraId="58438344" w14:textId="77777777" w:rsidR="00BC6FAE" w:rsidRDefault="00BC6FAE" w:rsidP="00BC6FAE">
      <w:r>
        <w:t xml:space="preserve">Email: </w:t>
      </w:r>
      <w:hyperlink r:id="rId14" w:history="1">
        <w:r w:rsidRPr="00C10726">
          <w:rPr>
            <w:rStyle w:val="Hyperlink"/>
          </w:rPr>
          <w:t>chris@christchurchswindon.co.uk</w:t>
        </w:r>
      </w:hyperlink>
    </w:p>
    <w:p w14:paraId="310F9ACD" w14:textId="77777777" w:rsidR="00BC6FAE" w:rsidRDefault="00BC6FAE" w:rsidP="00BC6FAE">
      <w:r>
        <w:t>Tel: 01793 617237</w:t>
      </w:r>
    </w:p>
    <w:p w14:paraId="4CA202D3" w14:textId="3EB26ECF" w:rsidR="00BC6FAE" w:rsidRDefault="00BC6FAE" w:rsidP="00BC6FAE">
      <w:r>
        <w:t xml:space="preserve">Payment by Cash, Cheque (To: Community Centre @ Christ Church) or BACS to: Lloyds Bank, </w:t>
      </w:r>
      <w:r w:rsidRPr="00AA7ADE">
        <w:t>Parochial Church Council Christchurch &amp; St Marys</w:t>
      </w:r>
      <w:r>
        <w:t xml:space="preserve">, Sort code: 30-98-41, Account: </w:t>
      </w:r>
      <w:r w:rsidRPr="00BC6FAE">
        <w:t>68490368</w:t>
      </w:r>
    </w:p>
    <w:sectPr w:rsidR="00BC6FAE" w:rsidSect="00BC6FAE">
      <w:pgSz w:w="12240" w:h="15840"/>
      <w:pgMar w:top="1134" w:right="1797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0E5E" w14:textId="77777777" w:rsidR="002C0076" w:rsidRDefault="002C0076" w:rsidP="00BC6FAE">
      <w:pPr>
        <w:spacing w:after="0" w:line="240" w:lineRule="auto"/>
      </w:pPr>
      <w:r>
        <w:separator/>
      </w:r>
    </w:p>
  </w:endnote>
  <w:endnote w:type="continuationSeparator" w:id="0">
    <w:p w14:paraId="1E85DD57" w14:textId="77777777" w:rsidR="002C0076" w:rsidRDefault="002C0076" w:rsidP="00BC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6C92" w14:textId="77777777" w:rsidR="002C0076" w:rsidRDefault="002C0076" w:rsidP="00BC6FAE">
      <w:pPr>
        <w:spacing w:after="0" w:line="240" w:lineRule="auto"/>
      </w:pPr>
      <w:r>
        <w:separator/>
      </w:r>
    </w:p>
  </w:footnote>
  <w:footnote w:type="continuationSeparator" w:id="0">
    <w:p w14:paraId="7338BF16" w14:textId="77777777" w:rsidR="002C0076" w:rsidRDefault="002C0076" w:rsidP="00BC6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7750495">
    <w:abstractNumId w:val="8"/>
  </w:num>
  <w:num w:numId="2" w16cid:durableId="371424625">
    <w:abstractNumId w:val="6"/>
  </w:num>
  <w:num w:numId="3" w16cid:durableId="1946381680">
    <w:abstractNumId w:val="5"/>
  </w:num>
  <w:num w:numId="4" w16cid:durableId="1064525073">
    <w:abstractNumId w:val="4"/>
  </w:num>
  <w:num w:numId="5" w16cid:durableId="1299185680">
    <w:abstractNumId w:val="7"/>
  </w:num>
  <w:num w:numId="6" w16cid:durableId="971179204">
    <w:abstractNumId w:val="3"/>
  </w:num>
  <w:num w:numId="7" w16cid:durableId="976568197">
    <w:abstractNumId w:val="2"/>
  </w:num>
  <w:num w:numId="8" w16cid:durableId="264844036">
    <w:abstractNumId w:val="1"/>
  </w:num>
  <w:num w:numId="9" w16cid:durableId="213683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CFC"/>
    <w:rsid w:val="00034616"/>
    <w:rsid w:val="000531AF"/>
    <w:rsid w:val="0006063C"/>
    <w:rsid w:val="0015074B"/>
    <w:rsid w:val="00250E99"/>
    <w:rsid w:val="0029639D"/>
    <w:rsid w:val="002C0076"/>
    <w:rsid w:val="00302F68"/>
    <w:rsid w:val="00326F90"/>
    <w:rsid w:val="003C38FE"/>
    <w:rsid w:val="00557F48"/>
    <w:rsid w:val="006B6E39"/>
    <w:rsid w:val="009B4156"/>
    <w:rsid w:val="00A71503"/>
    <w:rsid w:val="00A95024"/>
    <w:rsid w:val="00AA1D8D"/>
    <w:rsid w:val="00AA7ADE"/>
    <w:rsid w:val="00AC1B40"/>
    <w:rsid w:val="00AC4DBB"/>
    <w:rsid w:val="00B47730"/>
    <w:rsid w:val="00BC6FAE"/>
    <w:rsid w:val="00C17089"/>
    <w:rsid w:val="00CB0664"/>
    <w:rsid w:val="00CC5966"/>
    <w:rsid w:val="00CF5488"/>
    <w:rsid w:val="00E721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15EB0"/>
  <w14:defaultImageDpi w14:val="300"/>
  <w15:docId w15:val="{1EB01BEE-DCB5-4D22-BAE7-68554008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AE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C59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hris@christchurchswindon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ris@christchurchswindon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ris@christchurchswindon.co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hris@christchurchswind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D8A707628364497D36F441342B81A" ma:contentTypeVersion="19" ma:contentTypeDescription="Create a new document." ma:contentTypeScope="" ma:versionID="2f740754ec8c8e31dabc304d49c25b9d">
  <xsd:schema xmlns:xsd="http://www.w3.org/2001/XMLSchema" xmlns:xs="http://www.w3.org/2001/XMLSchema" xmlns:p="http://schemas.microsoft.com/office/2006/metadata/properties" xmlns:ns2="c53682c7-390a-4a77-b93a-87a1996d4e77" xmlns:ns3="03365c8f-f560-4c36-8432-c5d1cd40d87b" targetNamespace="http://schemas.microsoft.com/office/2006/metadata/properties" ma:root="true" ma:fieldsID="b8dfbae79b1f7e4dcaeef4f4496bff7b" ns2:_="" ns3:_="">
    <xsd:import namespace="c53682c7-390a-4a77-b93a-87a1996d4e77"/>
    <xsd:import namespace="03365c8f-f560-4c36-8432-c5d1cd40d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82c7-390a-4a77-b93a-87a1996d4e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d1bdbb-b775-4d93-b09a-683907700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65c8f-f560-4c36-8432-c5d1cd40d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b4ba9a-3b54-481e-bb59-898abd9939b1}" ma:internalName="TaxCatchAll" ma:showField="CatchAllData" ma:web="03365c8f-f560-4c36-8432-c5d1cd40d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682c7-390a-4a77-b93a-87a1996d4e77">
      <Terms xmlns="http://schemas.microsoft.com/office/infopath/2007/PartnerControls"/>
    </lcf76f155ced4ddcb4097134ff3c332f>
    <TaxCatchAll xmlns="03365c8f-f560-4c36-8432-c5d1cd40d8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4615A-7798-4685-B28A-91AC60188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82c7-390a-4a77-b93a-87a1996d4e77"/>
    <ds:schemaRef ds:uri="03365c8f-f560-4c36-8432-c5d1cd40d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011469-B603-4955-A9DA-EFE7F6192E48}">
  <ds:schemaRefs>
    <ds:schemaRef ds:uri="http://schemas.microsoft.com/office/2006/metadata/properties"/>
    <ds:schemaRef ds:uri="http://schemas.microsoft.com/office/infopath/2007/PartnerControls"/>
    <ds:schemaRef ds:uri="c53682c7-390a-4a77-b93a-87a1996d4e77"/>
    <ds:schemaRef ds:uri="03365c8f-f560-4c36-8432-c5d1cd40d87b"/>
  </ds:schemaRefs>
</ds:datastoreItem>
</file>

<file path=customXml/itemProps4.xml><?xml version="1.0" encoding="utf-8"?>
<ds:datastoreItem xmlns:ds="http://schemas.openxmlformats.org/officeDocument/2006/customXml" ds:itemID="{409E8B8B-8C14-4848-BB6F-A9FA4FC66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</cp:lastModifiedBy>
  <cp:revision>14</cp:revision>
  <dcterms:created xsi:type="dcterms:W3CDTF">2026-08-07T12:43:00Z</dcterms:created>
  <dcterms:modified xsi:type="dcterms:W3CDTF">2026-08-11T14:16:00Z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0x010100140D8A707628364497D36F441342B81A</vt:lpwstr>
  </property>
  <property fmtid="{D5CDD505-2E9C-101B-9397-08002B2CF9AE}" pid="3" name="MediaServiceImageTags">
    <vt:lpwstr/>
  </property>
</Properties>
</file>